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4F5D2" w14:textId="1F93224C" w:rsidR="00460F88" w:rsidRPr="00E2568F" w:rsidRDefault="00F8306D" w:rsidP="00510C5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  <w:bookmarkStart w:id="0" w:name="_Hlk190547185"/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Σχέδιο μαθήματος </w:t>
      </w:r>
      <w:r w:rsidR="001F7134">
        <w:rPr>
          <w:rFonts w:ascii="Times New Roman" w:hAnsi="Times New Roman" w:cs="Times New Roman"/>
          <w:b/>
          <w:bCs/>
          <w:sz w:val="24"/>
          <w:szCs w:val="24"/>
          <w:lang w:val="el-GR"/>
        </w:rPr>
        <w:t>στην Ιστορί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α</w:t>
      </w:r>
    </w:p>
    <w:p w14:paraId="369B0AEB" w14:textId="68BF371D" w:rsidR="00F8306D" w:rsidRDefault="003F696E" w:rsidP="00510C5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</w:p>
    <w:p w14:paraId="0F91DB55" w14:textId="77777777" w:rsidR="00460F88" w:rsidRDefault="00460F88" w:rsidP="00185DCF">
      <w:pPr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376"/>
        <w:gridCol w:w="6480"/>
      </w:tblGrid>
      <w:tr w:rsidR="00460F88" w14:paraId="21DE6076" w14:textId="77777777" w:rsidTr="0034118F">
        <w:tc>
          <w:tcPr>
            <w:tcW w:w="8856" w:type="dxa"/>
            <w:gridSpan w:val="2"/>
          </w:tcPr>
          <w:p w14:paraId="1805641D" w14:textId="6342575B" w:rsidR="00460F88" w:rsidRDefault="00460F88" w:rsidP="00185D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Α. Ταυτότητα</w:t>
            </w:r>
          </w:p>
        </w:tc>
      </w:tr>
      <w:tr w:rsidR="00460F88" w14:paraId="14CA54F4" w14:textId="77777777" w:rsidTr="00460F88">
        <w:tc>
          <w:tcPr>
            <w:tcW w:w="2376" w:type="dxa"/>
          </w:tcPr>
          <w:p w14:paraId="6B2763FC" w14:textId="031FBB3B" w:rsidR="00460F88" w:rsidRDefault="00460F88" w:rsidP="00185D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Μάθημα</w:t>
            </w:r>
          </w:p>
        </w:tc>
        <w:tc>
          <w:tcPr>
            <w:tcW w:w="6480" w:type="dxa"/>
          </w:tcPr>
          <w:p w14:paraId="6133A192" w14:textId="7C4819BD" w:rsidR="00460F88" w:rsidRPr="00460F88" w:rsidRDefault="00CB5DD5" w:rsidP="00185DCF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Ιστορί</w:t>
            </w:r>
            <w:r w:rsidR="00460F88" w:rsidRPr="00460F88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</w:p>
        </w:tc>
      </w:tr>
      <w:tr w:rsidR="00460F88" w14:paraId="53E4A9AB" w14:textId="77777777" w:rsidTr="00460F88">
        <w:tc>
          <w:tcPr>
            <w:tcW w:w="2376" w:type="dxa"/>
          </w:tcPr>
          <w:p w14:paraId="3129D23C" w14:textId="4D003B27" w:rsidR="00460F88" w:rsidRDefault="00460F88" w:rsidP="00185D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Τάξη</w:t>
            </w:r>
          </w:p>
        </w:tc>
        <w:tc>
          <w:tcPr>
            <w:tcW w:w="6480" w:type="dxa"/>
          </w:tcPr>
          <w:p w14:paraId="2C73071D" w14:textId="121F9304" w:rsidR="00460F88" w:rsidRPr="00460F88" w:rsidRDefault="00CB5DD5" w:rsidP="00185DCF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Γ</w:t>
            </w:r>
            <w:r w:rsidR="00460F88" w:rsidRPr="00460F88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΄ Γυμνασίου</w:t>
            </w:r>
          </w:p>
        </w:tc>
      </w:tr>
      <w:tr w:rsidR="00460F88" w:rsidRPr="00EB091D" w14:paraId="60518925" w14:textId="77777777" w:rsidTr="00460F88">
        <w:tc>
          <w:tcPr>
            <w:tcW w:w="2376" w:type="dxa"/>
          </w:tcPr>
          <w:p w14:paraId="064DDF90" w14:textId="0F298014" w:rsidR="00460F88" w:rsidRDefault="00460F88" w:rsidP="00185D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Θεματική ενότητα</w:t>
            </w:r>
          </w:p>
        </w:tc>
        <w:tc>
          <w:tcPr>
            <w:tcW w:w="6480" w:type="dxa"/>
          </w:tcPr>
          <w:p w14:paraId="74865400" w14:textId="700CEF03" w:rsidR="00460F88" w:rsidRPr="00460F88" w:rsidRDefault="00EB091D" w:rsidP="00185DCF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l-GR" w:eastAsia="el-GR"/>
              </w:rPr>
              <w:t>Ο Μικρασιατικός πόλεμος 1919-1922</w:t>
            </w:r>
          </w:p>
        </w:tc>
      </w:tr>
      <w:tr w:rsidR="00460F88" w:rsidRPr="00EB091D" w14:paraId="15DC87E4" w14:textId="77777777" w:rsidTr="00460F88">
        <w:tc>
          <w:tcPr>
            <w:tcW w:w="2376" w:type="dxa"/>
          </w:tcPr>
          <w:p w14:paraId="3307481A" w14:textId="30200721" w:rsidR="00460F88" w:rsidRDefault="00460F88" w:rsidP="00185D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Διδακτική ενότητα</w:t>
            </w:r>
          </w:p>
        </w:tc>
        <w:tc>
          <w:tcPr>
            <w:tcW w:w="6480" w:type="dxa"/>
          </w:tcPr>
          <w:p w14:paraId="3965EA5B" w14:textId="0AB0AB39" w:rsidR="00460F88" w:rsidRPr="00460F88" w:rsidRDefault="00F95340" w:rsidP="00185DCF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Ενότητα </w:t>
            </w:r>
            <w:r w:rsidR="00EB091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38</w:t>
            </w:r>
          </w:p>
        </w:tc>
      </w:tr>
      <w:tr w:rsidR="00460F88" w:rsidRPr="00EB091D" w14:paraId="71F6FE6C" w14:textId="77777777" w:rsidTr="00460F88">
        <w:tc>
          <w:tcPr>
            <w:tcW w:w="2376" w:type="dxa"/>
          </w:tcPr>
          <w:p w14:paraId="4855FFB5" w14:textId="11CD41C0" w:rsidR="00460F88" w:rsidRDefault="00460F88" w:rsidP="00185D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Διάρκεια</w:t>
            </w:r>
          </w:p>
        </w:tc>
        <w:tc>
          <w:tcPr>
            <w:tcW w:w="6480" w:type="dxa"/>
          </w:tcPr>
          <w:p w14:paraId="263FA057" w14:textId="33B741DA" w:rsidR="00460F88" w:rsidRPr="00460F88" w:rsidRDefault="00460F88" w:rsidP="00185DCF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460F88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2 </w:t>
            </w:r>
            <w:r w:rsidR="001E6DA8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διδακτικές </w:t>
            </w:r>
            <w:r w:rsidRPr="00460F88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ώρες </w:t>
            </w:r>
          </w:p>
        </w:tc>
      </w:tr>
    </w:tbl>
    <w:p w14:paraId="1FB6E676" w14:textId="77777777" w:rsidR="00460F88" w:rsidRDefault="00460F88" w:rsidP="00185DCF">
      <w:pPr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856"/>
      </w:tblGrid>
      <w:tr w:rsidR="00F8306D" w:rsidRPr="00EB091D" w14:paraId="69A29AAB" w14:textId="77777777" w:rsidTr="00F8306D">
        <w:tc>
          <w:tcPr>
            <w:tcW w:w="8856" w:type="dxa"/>
          </w:tcPr>
          <w:p w14:paraId="21C04EFA" w14:textId="3E12FFF4" w:rsidR="00F8306D" w:rsidRDefault="00F8306D" w:rsidP="0012165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Β. </w:t>
            </w:r>
            <w:r w:rsidR="00FF4F30" w:rsidRPr="00FF4F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Διδακτικοί</w:t>
            </w:r>
            <w:r w:rsidR="00FF4F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Στόχοι</w:t>
            </w:r>
          </w:p>
        </w:tc>
      </w:tr>
      <w:tr w:rsidR="00F8306D" w:rsidRPr="00270C13" w14:paraId="14A8FE10" w14:textId="77777777" w:rsidTr="00F8306D">
        <w:tc>
          <w:tcPr>
            <w:tcW w:w="8856" w:type="dxa"/>
          </w:tcPr>
          <w:p w14:paraId="662CD0FF" w14:textId="77777777" w:rsidR="00295443" w:rsidRDefault="00295443" w:rsidP="00EB091D">
            <w:pPr>
              <w:rPr>
                <w:lang w:val="el-GR"/>
              </w:rPr>
            </w:pPr>
          </w:p>
          <w:p w14:paraId="249E948D" w14:textId="63416CFB" w:rsidR="00EB091D" w:rsidRDefault="001F4D63" w:rsidP="00EB091D">
            <w:pPr>
              <w:rPr>
                <w:bCs/>
                <w:lang w:val="el-GR"/>
              </w:rPr>
            </w:pPr>
            <w:r w:rsidRPr="001F4D63">
              <w:rPr>
                <w:lang w:val="el-GR"/>
              </w:rPr>
              <w:t>Με την ολοκλήρωση του μαθήμα</w:t>
            </w:r>
            <w:r w:rsidR="00EB091D">
              <w:rPr>
                <w:lang w:val="el-GR"/>
              </w:rPr>
              <w:t xml:space="preserve">τος, οι </w:t>
            </w:r>
            <w:r w:rsidR="00EB091D" w:rsidRPr="00EB091D">
              <w:rPr>
                <w:bCs/>
                <w:lang w:val="el-GR"/>
              </w:rPr>
              <w:t xml:space="preserve">μαθήτριες και οι μαθητές επιδιώκεται: </w:t>
            </w:r>
          </w:p>
          <w:p w14:paraId="13D58D5B" w14:textId="77777777" w:rsidR="00BD0BB7" w:rsidRPr="00EB091D" w:rsidRDefault="00BD0BB7" w:rsidP="00EB091D">
            <w:pPr>
              <w:rPr>
                <w:lang w:val="el-GR"/>
              </w:rPr>
            </w:pPr>
          </w:p>
          <w:p w14:paraId="72B59E2A" w14:textId="20AFCE9E" w:rsidR="00EB091D" w:rsidRPr="00EB091D" w:rsidRDefault="00EB091D" w:rsidP="00EB091D">
            <w:pPr>
              <w:rPr>
                <w:bCs/>
                <w:lang w:val="el-GR"/>
              </w:rPr>
            </w:pPr>
            <w:r>
              <w:rPr>
                <w:bCs/>
                <w:lang w:val="el-GR"/>
              </w:rPr>
              <w:t xml:space="preserve">1. </w:t>
            </w:r>
            <w:r w:rsidRPr="00B80971">
              <w:rPr>
                <w:b/>
                <w:bCs/>
                <w:lang w:val="el-GR"/>
              </w:rPr>
              <w:t>Να γνωρίσουν</w:t>
            </w:r>
            <w:r w:rsidRPr="00EB091D">
              <w:rPr>
                <w:bCs/>
                <w:lang w:val="el-GR"/>
              </w:rPr>
              <w:t xml:space="preserve"> τα κύρια γεγονότα του μικρασιατικού πολέμου και </w:t>
            </w:r>
            <w:r w:rsidR="00143F0C" w:rsidRPr="00143F0C">
              <w:rPr>
                <w:b/>
                <w:bCs/>
                <w:lang w:val="el-GR"/>
              </w:rPr>
              <w:t>να αναλύ</w:t>
            </w:r>
            <w:r w:rsidR="00B725F6">
              <w:rPr>
                <w:b/>
                <w:bCs/>
                <w:lang w:val="el-GR"/>
              </w:rPr>
              <w:t>σ</w:t>
            </w:r>
            <w:r w:rsidR="00143F0C" w:rsidRPr="00143F0C">
              <w:rPr>
                <w:b/>
                <w:bCs/>
                <w:lang w:val="el-GR"/>
              </w:rPr>
              <w:t>ουν</w:t>
            </w:r>
            <w:r w:rsidR="00143F0C">
              <w:rPr>
                <w:bCs/>
                <w:lang w:val="el-GR"/>
              </w:rPr>
              <w:t xml:space="preserve"> </w:t>
            </w:r>
            <w:r w:rsidRPr="00EB091D">
              <w:rPr>
                <w:bCs/>
                <w:lang w:val="el-GR"/>
              </w:rPr>
              <w:t xml:space="preserve">τα βαθύτερα αίτια τους. </w:t>
            </w:r>
          </w:p>
          <w:p w14:paraId="3C81B342" w14:textId="2642077B" w:rsidR="00EB091D" w:rsidRPr="00EB091D" w:rsidRDefault="00EB091D" w:rsidP="00EB091D">
            <w:pPr>
              <w:rPr>
                <w:bCs/>
                <w:lang w:val="el-GR"/>
              </w:rPr>
            </w:pPr>
            <w:r>
              <w:rPr>
                <w:bCs/>
                <w:lang w:val="el-GR"/>
              </w:rPr>
              <w:t xml:space="preserve">2. </w:t>
            </w:r>
            <w:r w:rsidR="00186C28">
              <w:rPr>
                <w:b/>
                <w:bCs/>
                <w:lang w:val="el-GR"/>
              </w:rPr>
              <w:t>Να συνειδητοποιήσουν</w:t>
            </w:r>
            <w:r w:rsidRPr="00EB091D">
              <w:rPr>
                <w:bCs/>
                <w:lang w:val="el-GR"/>
              </w:rPr>
              <w:t xml:space="preserve"> τη</w:t>
            </w:r>
            <w:r w:rsidR="00143F0C">
              <w:rPr>
                <w:bCs/>
                <w:lang w:val="el-GR"/>
              </w:rPr>
              <w:t>ν κοσμοπολίτικη</w:t>
            </w:r>
            <w:r w:rsidRPr="00EB091D">
              <w:rPr>
                <w:bCs/>
                <w:lang w:val="el-GR"/>
              </w:rPr>
              <w:t xml:space="preserve"> ζωή των </w:t>
            </w:r>
            <w:r w:rsidR="00143F0C">
              <w:rPr>
                <w:bCs/>
                <w:lang w:val="el-GR"/>
              </w:rPr>
              <w:t xml:space="preserve">Ελλήνων </w:t>
            </w:r>
            <w:r w:rsidRPr="00EB091D">
              <w:rPr>
                <w:bCs/>
                <w:lang w:val="el-GR"/>
              </w:rPr>
              <w:t xml:space="preserve">κατοίκων της </w:t>
            </w:r>
            <w:proofErr w:type="spellStart"/>
            <w:r w:rsidRPr="00EB091D">
              <w:rPr>
                <w:bCs/>
                <w:lang w:val="el-GR"/>
              </w:rPr>
              <w:t>Μικράς</w:t>
            </w:r>
            <w:proofErr w:type="spellEnd"/>
            <w:r w:rsidRPr="00EB091D">
              <w:rPr>
                <w:bCs/>
                <w:lang w:val="el-GR"/>
              </w:rPr>
              <w:t xml:space="preserve"> Ασίας. </w:t>
            </w:r>
          </w:p>
          <w:p w14:paraId="56C6CA82" w14:textId="27FFF03B" w:rsidR="00EB091D" w:rsidRPr="00EB091D" w:rsidRDefault="00EB091D" w:rsidP="00EB091D">
            <w:pPr>
              <w:rPr>
                <w:bCs/>
                <w:lang w:val="el-GR"/>
              </w:rPr>
            </w:pPr>
            <w:r w:rsidRPr="00EB091D">
              <w:rPr>
                <w:bCs/>
                <w:lang w:val="el-GR"/>
              </w:rPr>
              <w:t>3</w:t>
            </w:r>
            <w:r w:rsidRPr="00B725F6">
              <w:rPr>
                <w:b/>
                <w:bCs/>
                <w:lang w:val="el-GR"/>
              </w:rPr>
              <w:t xml:space="preserve">. Να </w:t>
            </w:r>
            <w:r w:rsidR="00B725F6" w:rsidRPr="00B725F6">
              <w:rPr>
                <w:b/>
                <w:bCs/>
                <w:lang w:val="el-GR"/>
              </w:rPr>
              <w:t xml:space="preserve">είναι σε θέση να </w:t>
            </w:r>
            <w:r w:rsidRPr="00B725F6">
              <w:rPr>
                <w:b/>
                <w:bCs/>
                <w:lang w:val="el-GR"/>
              </w:rPr>
              <w:t>α</w:t>
            </w:r>
            <w:r w:rsidR="00B80971" w:rsidRPr="00B725F6">
              <w:rPr>
                <w:b/>
                <w:bCs/>
                <w:lang w:val="el-GR"/>
              </w:rPr>
              <w:t>ντιληφθούν</w:t>
            </w:r>
            <w:r w:rsidRPr="00EB091D">
              <w:rPr>
                <w:bCs/>
                <w:lang w:val="el-GR"/>
              </w:rPr>
              <w:t xml:space="preserve"> ποιοι παράγοντες επηρέασαν την έκβαση του μικρασιατικού πολέμου. </w:t>
            </w:r>
          </w:p>
          <w:p w14:paraId="2353CDC5" w14:textId="3A2F104A" w:rsidR="00EB091D" w:rsidRPr="00EB091D" w:rsidRDefault="00EB091D" w:rsidP="00EB091D">
            <w:pPr>
              <w:rPr>
                <w:bCs/>
                <w:lang w:val="el-GR"/>
              </w:rPr>
            </w:pPr>
            <w:r>
              <w:rPr>
                <w:bCs/>
                <w:lang w:val="el-GR"/>
              </w:rPr>
              <w:t xml:space="preserve">4. </w:t>
            </w:r>
            <w:r w:rsidRPr="00EB091D">
              <w:rPr>
                <w:bCs/>
                <w:lang w:val="el-GR"/>
              </w:rPr>
              <w:t xml:space="preserve">Να γνωρίσουν </w:t>
            </w:r>
            <w:r w:rsidR="005003EB">
              <w:rPr>
                <w:bCs/>
                <w:lang w:val="el-GR"/>
              </w:rPr>
              <w:t xml:space="preserve">και </w:t>
            </w:r>
            <w:r w:rsidR="005003EB" w:rsidRPr="00B80971">
              <w:rPr>
                <w:b/>
                <w:bCs/>
                <w:lang w:val="el-GR"/>
              </w:rPr>
              <w:t>να αξιολογήσουν</w:t>
            </w:r>
            <w:r w:rsidR="005003EB">
              <w:rPr>
                <w:bCs/>
                <w:lang w:val="el-GR"/>
              </w:rPr>
              <w:t xml:space="preserve"> </w:t>
            </w:r>
            <w:r w:rsidRPr="00EB091D">
              <w:rPr>
                <w:bCs/>
                <w:lang w:val="el-GR"/>
              </w:rPr>
              <w:t xml:space="preserve">την κατάληξη του μικρασιατικού πολέμου. </w:t>
            </w:r>
          </w:p>
          <w:p w14:paraId="1E1487C3" w14:textId="00B932A1" w:rsidR="001F0837" w:rsidRPr="00601F6B" w:rsidRDefault="001F0837" w:rsidP="00143F0C">
            <w:pPr>
              <w:rPr>
                <w:color w:val="FF0000"/>
                <w:lang w:val="el-GR"/>
              </w:rPr>
            </w:pPr>
          </w:p>
        </w:tc>
      </w:tr>
      <w:tr w:rsidR="00F8306D" w:rsidRPr="00270C13" w14:paraId="2C45C2A2" w14:textId="77777777" w:rsidTr="00F8306D">
        <w:tc>
          <w:tcPr>
            <w:tcW w:w="8856" w:type="dxa"/>
          </w:tcPr>
          <w:p w14:paraId="20574B80" w14:textId="037A48CB" w:rsidR="00F8306D" w:rsidRDefault="00F8306D" w:rsidP="00F830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Παιδαγωγικοί</w:t>
            </w:r>
            <w:r w:rsidR="00FF4F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 Σ</w:t>
            </w:r>
            <w:r w:rsidR="00F94D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τόχοι</w:t>
            </w:r>
          </w:p>
          <w:p w14:paraId="4AB3E5FA" w14:textId="77777777" w:rsidR="00601F6B" w:rsidRDefault="00601F6B" w:rsidP="00F8306D">
            <w:pPr>
              <w:rPr>
                <w:bCs/>
                <w:lang w:val="el-GR"/>
              </w:rPr>
            </w:pPr>
          </w:p>
          <w:p w14:paraId="24538485" w14:textId="77777777" w:rsidR="00BB0721" w:rsidRDefault="00F94D73" w:rsidP="00F8306D">
            <w:pPr>
              <w:rPr>
                <w:b/>
                <w:bCs/>
                <w:lang w:val="el-GR"/>
              </w:rPr>
            </w:pPr>
            <w:r w:rsidRPr="00F94D73">
              <w:rPr>
                <w:bCs/>
                <w:lang w:val="el-GR"/>
              </w:rPr>
              <w:t xml:space="preserve">Οι μαθητές θα αναπτύξουν </w:t>
            </w:r>
            <w:r w:rsidRPr="00F94D73">
              <w:rPr>
                <w:b/>
                <w:bCs/>
                <w:lang w:val="el-GR"/>
              </w:rPr>
              <w:t>δεξιότητες:</w:t>
            </w:r>
          </w:p>
          <w:p w14:paraId="53279B78" w14:textId="330FB6D6" w:rsidR="00F94D73" w:rsidRPr="00F94D73" w:rsidRDefault="00F94D73" w:rsidP="00F8306D">
            <w:pPr>
              <w:rPr>
                <w:bCs/>
                <w:lang w:val="el-GR"/>
              </w:rPr>
            </w:pPr>
            <w:r w:rsidRPr="00F94D73">
              <w:rPr>
                <w:b/>
                <w:bCs/>
                <w:lang w:val="el-GR"/>
              </w:rPr>
              <w:tab/>
            </w:r>
          </w:p>
          <w:p w14:paraId="0720228E" w14:textId="0E949029" w:rsidR="006F061C" w:rsidRPr="00037EA9" w:rsidRDefault="006F061C" w:rsidP="00037EA9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037EA9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="00377D1A" w:rsidRPr="00037EA9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. </w:t>
            </w:r>
            <w:r w:rsidR="00D74A4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Κ</w:t>
            </w:r>
            <w:r w:rsidR="00F8306D" w:rsidRPr="00943D0C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ριτικής και δημιουργικής σκέψης</w:t>
            </w:r>
            <w:r w:rsidR="005003EB" w:rsidRPr="00037EA9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μέσω της αξιολόγησης των ιστορικών πηγών</w:t>
            </w:r>
            <w:r w:rsidR="00D74A4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, χαρτών,</w:t>
            </w:r>
            <w:r w:rsidR="00943D0C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εικόνων</w:t>
            </w:r>
            <w:r w:rsidR="005003EB" w:rsidRPr="00037EA9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και γεγονότων.</w:t>
            </w:r>
          </w:p>
          <w:p w14:paraId="755090FC" w14:textId="20E2A982" w:rsidR="00F94D73" w:rsidRPr="00037EA9" w:rsidRDefault="006F061C" w:rsidP="00037EA9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037EA9">
              <w:rPr>
                <w:rStyle w:val="af1"/>
                <w:b w:val="0"/>
                <w:lang w:val="el-GR"/>
              </w:rPr>
              <w:t xml:space="preserve">β. </w:t>
            </w:r>
            <w:r w:rsidR="00037EA9">
              <w:rPr>
                <w:rStyle w:val="af1"/>
                <w:b w:val="0"/>
                <w:lang w:val="el-GR"/>
              </w:rPr>
              <w:t xml:space="preserve"> </w:t>
            </w:r>
            <w:r w:rsidR="00D74A4D">
              <w:rPr>
                <w:rStyle w:val="af1"/>
                <w:b w:val="0"/>
                <w:lang w:val="el-GR"/>
              </w:rPr>
              <w:t>Ι</w:t>
            </w:r>
            <w:r w:rsidR="0058708A" w:rsidRPr="00943D0C">
              <w:rPr>
                <w:rStyle w:val="af1"/>
                <w:lang w:val="el-GR"/>
              </w:rPr>
              <w:t xml:space="preserve">στορικής </w:t>
            </w:r>
            <w:r w:rsidRPr="00943D0C">
              <w:rPr>
                <w:rStyle w:val="af1"/>
                <w:lang w:val="el-GR"/>
              </w:rPr>
              <w:t xml:space="preserve">σκέψης και </w:t>
            </w:r>
            <w:r w:rsidR="0058708A" w:rsidRPr="00943D0C">
              <w:rPr>
                <w:rStyle w:val="af1"/>
                <w:lang w:val="el-GR"/>
              </w:rPr>
              <w:t>ερμηνείας</w:t>
            </w:r>
            <w:r w:rsidR="0058708A" w:rsidRPr="00037EA9">
              <w:rPr>
                <w:b/>
                <w:lang w:val="el-GR"/>
              </w:rPr>
              <w:t>,</w:t>
            </w:r>
            <w:r w:rsidR="0058708A" w:rsidRPr="00037EA9">
              <w:rPr>
                <w:lang w:val="el-GR"/>
              </w:rPr>
              <w:t xml:space="preserve"> με την ανάλυση τω</w:t>
            </w:r>
            <w:r w:rsidRPr="00037EA9">
              <w:rPr>
                <w:lang w:val="el-GR"/>
              </w:rPr>
              <w:t>ν αιτιών και των συνεπειών του Μικρασιατικού πολέμου</w:t>
            </w:r>
            <w:r w:rsidR="0058708A" w:rsidRPr="00037EA9">
              <w:rPr>
                <w:lang w:val="el-GR"/>
              </w:rPr>
              <w:t>.</w:t>
            </w:r>
          </w:p>
          <w:p w14:paraId="37C97408" w14:textId="463097E8" w:rsidR="00EB091D" w:rsidRPr="006F061C" w:rsidRDefault="00037EA9" w:rsidP="00EB091D">
            <w:pPr>
              <w:rPr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 xml:space="preserve"> </w:t>
            </w:r>
            <w:r w:rsidR="006F061C" w:rsidRPr="006F061C">
              <w:rPr>
                <w:bCs/>
                <w:lang w:val="el-GR"/>
              </w:rPr>
              <w:t>δ.</w:t>
            </w:r>
            <w:r w:rsidR="006F061C">
              <w:rPr>
                <w:b/>
                <w:bCs/>
                <w:lang w:val="el-GR"/>
              </w:rPr>
              <w:t xml:space="preserve"> </w:t>
            </w:r>
            <w:r>
              <w:rPr>
                <w:b/>
                <w:bCs/>
                <w:lang w:val="el-GR"/>
              </w:rPr>
              <w:t xml:space="preserve"> </w:t>
            </w:r>
            <w:r w:rsidR="005003EB" w:rsidRPr="00AC6F63">
              <w:rPr>
                <w:b/>
                <w:bCs/>
                <w:lang w:val="el-GR"/>
              </w:rPr>
              <w:t>Διερευνητική</w:t>
            </w:r>
            <w:r w:rsidR="00D74A4D" w:rsidRPr="00AC6F63">
              <w:rPr>
                <w:b/>
                <w:bCs/>
                <w:lang w:val="el-GR"/>
              </w:rPr>
              <w:t>ς</w:t>
            </w:r>
            <w:r w:rsidR="005003EB" w:rsidRPr="00AC6F63">
              <w:rPr>
                <w:b/>
                <w:bCs/>
                <w:lang w:val="el-GR"/>
              </w:rPr>
              <w:t xml:space="preserve"> και </w:t>
            </w:r>
            <w:proofErr w:type="spellStart"/>
            <w:r w:rsidR="005003EB" w:rsidRPr="00AC6F63">
              <w:rPr>
                <w:b/>
                <w:bCs/>
                <w:lang w:val="el-GR"/>
              </w:rPr>
              <w:t>ανακαλυπτική</w:t>
            </w:r>
            <w:r w:rsidR="00D74A4D" w:rsidRPr="00AC6F63">
              <w:rPr>
                <w:b/>
                <w:bCs/>
                <w:lang w:val="el-GR"/>
              </w:rPr>
              <w:t>ς</w:t>
            </w:r>
            <w:proofErr w:type="spellEnd"/>
            <w:r w:rsidR="005003EB" w:rsidRPr="00AC6F63">
              <w:rPr>
                <w:b/>
                <w:bCs/>
                <w:lang w:val="el-GR"/>
              </w:rPr>
              <w:t xml:space="preserve"> μάθηση</w:t>
            </w:r>
            <w:r w:rsidR="00D74A4D" w:rsidRPr="00AC6F63">
              <w:rPr>
                <w:b/>
                <w:bCs/>
                <w:lang w:val="el-GR"/>
              </w:rPr>
              <w:t>ς</w:t>
            </w:r>
            <w:r w:rsidR="00EB091D" w:rsidRPr="006F061C">
              <w:rPr>
                <w:bCs/>
                <w:lang w:val="el-GR"/>
              </w:rPr>
              <w:t xml:space="preserve"> </w:t>
            </w:r>
            <w:r w:rsidR="005003EB">
              <w:rPr>
                <w:bCs/>
                <w:lang w:val="el-GR"/>
              </w:rPr>
              <w:t xml:space="preserve"> μέσω </w:t>
            </w:r>
            <w:r w:rsidR="00AC6F63">
              <w:rPr>
                <w:bCs/>
                <w:lang w:val="el-GR"/>
              </w:rPr>
              <w:t xml:space="preserve">της συνεργασίας  </w:t>
            </w:r>
            <w:r w:rsidR="00EB091D" w:rsidRPr="006F061C">
              <w:rPr>
                <w:bCs/>
                <w:lang w:val="el-GR"/>
              </w:rPr>
              <w:t>(</w:t>
            </w:r>
            <w:proofErr w:type="spellStart"/>
            <w:r w:rsidR="00EB091D" w:rsidRPr="006F061C">
              <w:rPr>
                <w:bCs/>
                <w:lang w:val="el-GR"/>
              </w:rPr>
              <w:t>ομαδοσυνεργατική</w:t>
            </w:r>
            <w:proofErr w:type="spellEnd"/>
            <w:r w:rsidR="00EB091D" w:rsidRPr="006F061C">
              <w:rPr>
                <w:bCs/>
                <w:lang w:val="el-GR"/>
              </w:rPr>
              <w:t xml:space="preserve"> διδασκαλία). </w:t>
            </w:r>
          </w:p>
          <w:p w14:paraId="47D37419" w14:textId="2AE4ECF4" w:rsidR="00601F6B" w:rsidRPr="006F061C" w:rsidRDefault="006F061C" w:rsidP="00EB091D">
            <w:pPr>
              <w:rPr>
                <w:bCs/>
                <w:lang w:val="el-GR"/>
              </w:rPr>
            </w:pPr>
            <w:r w:rsidRPr="006F061C">
              <w:rPr>
                <w:bCs/>
                <w:lang w:val="el-GR"/>
              </w:rPr>
              <w:t xml:space="preserve"> </w:t>
            </w:r>
            <w:r w:rsidR="0036063E">
              <w:rPr>
                <w:bCs/>
                <w:lang w:val="el-GR"/>
              </w:rPr>
              <w:t xml:space="preserve">ε. </w:t>
            </w:r>
            <w:r w:rsidR="00D74A4D" w:rsidRPr="00D74A4D">
              <w:rPr>
                <w:b/>
                <w:bCs/>
                <w:lang w:val="el-GR"/>
              </w:rPr>
              <w:t>Σ</w:t>
            </w:r>
            <w:r w:rsidR="00EB091D" w:rsidRPr="00943D0C">
              <w:rPr>
                <w:b/>
                <w:bCs/>
                <w:lang w:val="el-GR"/>
              </w:rPr>
              <w:t>υμπαρα</w:t>
            </w:r>
            <w:r w:rsidRPr="00943D0C">
              <w:rPr>
                <w:b/>
                <w:bCs/>
                <w:lang w:val="el-GR"/>
              </w:rPr>
              <w:t>γωγή</w:t>
            </w:r>
            <w:r w:rsidR="00D74A4D">
              <w:rPr>
                <w:b/>
                <w:bCs/>
                <w:lang w:val="el-GR"/>
              </w:rPr>
              <w:t xml:space="preserve">ς </w:t>
            </w:r>
            <w:r w:rsidRPr="00943D0C">
              <w:rPr>
                <w:b/>
                <w:bCs/>
                <w:lang w:val="el-GR"/>
              </w:rPr>
              <w:t xml:space="preserve"> λόγου</w:t>
            </w:r>
            <w:r w:rsidR="00D74A4D">
              <w:rPr>
                <w:b/>
                <w:bCs/>
                <w:lang w:val="el-GR"/>
              </w:rPr>
              <w:t xml:space="preserve"> </w:t>
            </w:r>
            <w:r w:rsidR="00D74A4D" w:rsidRPr="007851EA">
              <w:rPr>
                <w:bCs/>
                <w:lang w:val="el-GR"/>
              </w:rPr>
              <w:t>με</w:t>
            </w:r>
            <w:r w:rsidR="009803F9" w:rsidRPr="007851EA">
              <w:rPr>
                <w:bCs/>
                <w:lang w:val="el-GR"/>
              </w:rPr>
              <w:t xml:space="preserve"> τις ομάδες</w:t>
            </w:r>
            <w:r w:rsidR="009803F9">
              <w:rPr>
                <w:b/>
                <w:bCs/>
                <w:lang w:val="el-GR"/>
              </w:rPr>
              <w:t xml:space="preserve"> </w:t>
            </w:r>
            <w:r w:rsidR="009803F9">
              <w:rPr>
                <w:bCs/>
                <w:lang w:val="el-GR"/>
              </w:rPr>
              <w:t xml:space="preserve"> και </w:t>
            </w:r>
            <w:r w:rsidR="008E5B8F" w:rsidRPr="00943D0C">
              <w:rPr>
                <w:b/>
                <w:bCs/>
                <w:lang w:val="el-GR"/>
              </w:rPr>
              <w:t>δημόσια</w:t>
            </w:r>
            <w:r w:rsidR="009803F9">
              <w:rPr>
                <w:b/>
                <w:bCs/>
                <w:lang w:val="el-GR"/>
              </w:rPr>
              <w:t>ς</w:t>
            </w:r>
            <w:r w:rsidR="008E5B8F">
              <w:rPr>
                <w:bCs/>
                <w:lang w:val="el-GR"/>
              </w:rPr>
              <w:t xml:space="preserve"> </w:t>
            </w:r>
            <w:r w:rsidR="008E5B8F" w:rsidRPr="00943D0C">
              <w:rPr>
                <w:b/>
                <w:bCs/>
                <w:lang w:val="el-GR"/>
              </w:rPr>
              <w:t>παρουσίαση</w:t>
            </w:r>
            <w:r w:rsidR="009803F9">
              <w:rPr>
                <w:b/>
                <w:bCs/>
                <w:lang w:val="el-GR"/>
              </w:rPr>
              <w:t>ς</w:t>
            </w:r>
            <w:r w:rsidR="008E5B8F" w:rsidRPr="00943D0C">
              <w:rPr>
                <w:b/>
                <w:bCs/>
                <w:lang w:val="el-GR"/>
              </w:rPr>
              <w:t xml:space="preserve"> </w:t>
            </w:r>
            <w:r w:rsidR="008E5B8F">
              <w:rPr>
                <w:bCs/>
                <w:lang w:val="el-GR"/>
              </w:rPr>
              <w:t>σ</w:t>
            </w:r>
            <w:r w:rsidR="009803F9">
              <w:rPr>
                <w:bCs/>
                <w:lang w:val="el-GR"/>
              </w:rPr>
              <w:t>την</w:t>
            </w:r>
            <w:r w:rsidR="008E5B8F">
              <w:rPr>
                <w:bCs/>
                <w:lang w:val="el-GR"/>
              </w:rPr>
              <w:t xml:space="preserve"> ολομέλεια</w:t>
            </w:r>
            <w:r w:rsidRPr="006F061C">
              <w:rPr>
                <w:bCs/>
                <w:lang w:val="el-GR"/>
              </w:rPr>
              <w:t>.</w:t>
            </w:r>
          </w:p>
          <w:p w14:paraId="634EAD19" w14:textId="71619CCC" w:rsidR="006F061C" w:rsidRDefault="0038153E" w:rsidP="005003EB">
            <w:pPr>
              <w:rPr>
                <w:bCs/>
                <w:lang w:val="el-GR"/>
              </w:rPr>
            </w:pPr>
            <w:r>
              <w:rPr>
                <w:bCs/>
                <w:lang w:val="el-GR"/>
              </w:rPr>
              <w:t xml:space="preserve"> στ. </w:t>
            </w:r>
            <w:r w:rsidRPr="00AC6F63">
              <w:rPr>
                <w:b/>
                <w:bCs/>
                <w:lang w:val="el-GR"/>
              </w:rPr>
              <w:t>Εξοικείωσης</w:t>
            </w:r>
            <w:r>
              <w:rPr>
                <w:bCs/>
                <w:lang w:val="el-GR"/>
              </w:rPr>
              <w:t xml:space="preserve"> </w:t>
            </w:r>
            <w:r w:rsidR="005003EB" w:rsidRPr="005003EB">
              <w:rPr>
                <w:bCs/>
                <w:lang w:val="el-GR"/>
              </w:rPr>
              <w:t xml:space="preserve">με τη χρήση ΤΠΕ  </w:t>
            </w:r>
          </w:p>
          <w:p w14:paraId="49C6AC94" w14:textId="77777777" w:rsidR="00460F40" w:rsidRPr="006F061C" w:rsidRDefault="00460F40" w:rsidP="005003EB">
            <w:pPr>
              <w:rPr>
                <w:bCs/>
                <w:lang w:val="el-GR"/>
              </w:rPr>
            </w:pPr>
          </w:p>
          <w:p w14:paraId="509A4611" w14:textId="06F2C81E" w:rsidR="0036063E" w:rsidRDefault="00F94D73" w:rsidP="0036063E">
            <w:pPr>
              <w:rPr>
                <w:b/>
                <w:bCs/>
                <w:lang w:val="el-GR"/>
              </w:rPr>
            </w:pPr>
            <w:r w:rsidRPr="00F94D73">
              <w:rPr>
                <w:b/>
                <w:bCs/>
                <w:lang w:val="el-GR"/>
              </w:rPr>
              <w:t xml:space="preserve">Στάσεις και αξίες </w:t>
            </w:r>
          </w:p>
          <w:p w14:paraId="2AF3D9B4" w14:textId="77777777" w:rsidR="0036063E" w:rsidRPr="0036063E" w:rsidRDefault="0036063E" w:rsidP="0036063E">
            <w:pPr>
              <w:rPr>
                <w:b/>
                <w:bCs/>
                <w:lang w:val="el-GR"/>
              </w:rPr>
            </w:pPr>
          </w:p>
          <w:p w14:paraId="497EEB64" w14:textId="75C6C408" w:rsidR="0036063E" w:rsidRPr="00460F40" w:rsidRDefault="0036063E" w:rsidP="00460F40">
            <w:pPr>
              <w:rPr>
                <w:lang w:val="el-GR"/>
              </w:rPr>
            </w:pPr>
            <w:r w:rsidRPr="00460F40">
              <w:rPr>
                <w:lang w:val="el-GR"/>
              </w:rPr>
              <w:t>α. Να συνειδητοποιήσ</w:t>
            </w:r>
            <w:r w:rsidR="00CC2482" w:rsidRPr="00460F40">
              <w:rPr>
                <w:lang w:val="el-GR"/>
              </w:rPr>
              <w:t>ουν την έννοια της προσφυγιάς διαχρονικά.</w:t>
            </w:r>
          </w:p>
          <w:p w14:paraId="5C80D430" w14:textId="33449326" w:rsidR="00F94D73" w:rsidRPr="00460F40" w:rsidRDefault="0036063E" w:rsidP="00460F40">
            <w:pPr>
              <w:rPr>
                <w:lang w:val="el-GR"/>
              </w:rPr>
            </w:pPr>
            <w:r w:rsidRPr="00460F40">
              <w:rPr>
                <w:lang w:val="el-GR"/>
              </w:rPr>
              <w:t xml:space="preserve">β. </w:t>
            </w:r>
            <w:r w:rsidR="00460F40">
              <w:rPr>
                <w:lang w:val="el-GR"/>
              </w:rPr>
              <w:t>Να κ</w:t>
            </w:r>
            <w:r w:rsidR="0058708A" w:rsidRPr="00460F40">
              <w:rPr>
                <w:lang w:val="el-GR"/>
              </w:rPr>
              <w:t>αταν</w:t>
            </w:r>
            <w:r w:rsidR="00460F40">
              <w:rPr>
                <w:lang w:val="el-GR"/>
              </w:rPr>
              <w:t>οή</w:t>
            </w:r>
            <w:r w:rsidR="0058708A" w:rsidRPr="00460F40">
              <w:rPr>
                <w:lang w:val="el-GR"/>
              </w:rPr>
              <w:t>σ</w:t>
            </w:r>
            <w:r w:rsidR="00EF3787">
              <w:rPr>
                <w:lang w:val="el-GR"/>
              </w:rPr>
              <w:t>ουν τις</w:t>
            </w:r>
            <w:r w:rsidR="005758EE" w:rsidRPr="00460F40">
              <w:rPr>
                <w:lang w:val="el-GR"/>
              </w:rPr>
              <w:t xml:space="preserve"> </w:t>
            </w:r>
            <w:r w:rsidR="0058708A" w:rsidRPr="00460F40">
              <w:rPr>
                <w:lang w:val="el-GR"/>
              </w:rPr>
              <w:t>επιπτώσε</w:t>
            </w:r>
            <w:r w:rsidR="00460F40">
              <w:rPr>
                <w:lang w:val="el-GR"/>
              </w:rPr>
              <w:t xml:space="preserve">ις </w:t>
            </w:r>
            <w:r w:rsidR="0058708A" w:rsidRPr="00460F40">
              <w:rPr>
                <w:lang w:val="el-GR"/>
              </w:rPr>
              <w:t xml:space="preserve"> του πολέμου στην παγκόσμια ιστορία.</w:t>
            </w:r>
          </w:p>
          <w:p w14:paraId="178FFA38" w14:textId="2D17582C" w:rsidR="00377D1A" w:rsidRPr="00460F40" w:rsidRDefault="00C36458" w:rsidP="00460F40">
            <w:pPr>
              <w:rPr>
                <w:b/>
                <w:bCs/>
                <w:lang w:val="el-GR"/>
              </w:rPr>
            </w:pPr>
            <w:r>
              <w:rPr>
                <w:lang w:val="el-GR"/>
              </w:rPr>
              <w:t>γ. Να αντιληφθούν τα κίνητρα της δράσης</w:t>
            </w:r>
            <w:r w:rsidR="00377D1A" w:rsidRPr="00460F40">
              <w:rPr>
                <w:lang w:val="el-GR"/>
              </w:rPr>
              <w:t xml:space="preserve"> των Μ. Δυνάμεων</w:t>
            </w:r>
            <w:r>
              <w:rPr>
                <w:lang w:val="el-GR"/>
              </w:rPr>
              <w:t xml:space="preserve"> διαχρονικά</w:t>
            </w:r>
            <w:r w:rsidR="00377D1A" w:rsidRPr="00460F40">
              <w:rPr>
                <w:lang w:val="el-GR"/>
              </w:rPr>
              <w:t xml:space="preserve">. </w:t>
            </w:r>
          </w:p>
          <w:p w14:paraId="32276476" w14:textId="11C908C6" w:rsidR="001F0837" w:rsidRPr="00F94D73" w:rsidRDefault="0036063E" w:rsidP="0020309F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b/>
                <w:bCs/>
                <w:lang w:val="el-GR"/>
              </w:rPr>
              <w:t xml:space="preserve">               </w:t>
            </w:r>
          </w:p>
        </w:tc>
      </w:tr>
    </w:tbl>
    <w:p w14:paraId="1E8A9BD8" w14:textId="77777777" w:rsidR="004F3C04" w:rsidRDefault="004F3C04" w:rsidP="00DD0E0D">
      <w:pPr>
        <w:pStyle w:val="a0"/>
        <w:numPr>
          <w:ilvl w:val="0"/>
          <w:numId w:val="0"/>
        </w:numPr>
        <w:ind w:left="360"/>
        <w:rPr>
          <w:rFonts w:ascii="Times New Roman" w:hAnsi="Times New Roman" w:cs="Times New Roman"/>
          <w:b/>
          <w:lang w:val="el-GR"/>
        </w:rPr>
      </w:pPr>
    </w:p>
    <w:p w14:paraId="7D5C2F9F" w14:textId="77777777" w:rsidR="002F384B" w:rsidRPr="002F384B" w:rsidRDefault="002F384B" w:rsidP="002F384B">
      <w:pPr>
        <w:pStyle w:val="a0"/>
        <w:numPr>
          <w:ilvl w:val="0"/>
          <w:numId w:val="0"/>
        </w:numPr>
        <w:ind w:left="1080"/>
        <w:rPr>
          <w:rFonts w:ascii="Times New Roman" w:hAnsi="Times New Roman" w:cs="Times New Roman"/>
          <w:b/>
          <w:bCs/>
          <w:lang w:val="el-GR"/>
        </w:rPr>
      </w:pPr>
      <w:r w:rsidRPr="002F384B">
        <w:rPr>
          <w:rFonts w:ascii="Times New Roman" w:hAnsi="Times New Roman" w:cs="Times New Roman"/>
          <w:b/>
          <w:bCs/>
          <w:lang w:val="el-GR"/>
        </w:rPr>
        <w:t xml:space="preserve">Διδακτικές πρακτικές </w:t>
      </w:r>
    </w:p>
    <w:p w14:paraId="549BD0C9" w14:textId="77777777" w:rsidR="002F384B" w:rsidRPr="002F384B" w:rsidRDefault="002F384B" w:rsidP="002F384B">
      <w:pPr>
        <w:pStyle w:val="a0"/>
        <w:numPr>
          <w:ilvl w:val="0"/>
          <w:numId w:val="0"/>
        </w:numPr>
        <w:ind w:left="1080"/>
        <w:rPr>
          <w:rFonts w:ascii="Times New Roman" w:hAnsi="Times New Roman" w:cs="Times New Roman"/>
          <w:b/>
          <w:bCs/>
          <w:lang w:val="el-GR"/>
        </w:rPr>
      </w:pPr>
    </w:p>
    <w:p w14:paraId="78A589C1" w14:textId="77777777" w:rsidR="002F384B" w:rsidRPr="002F384B" w:rsidRDefault="002F384B" w:rsidP="002F384B">
      <w:pPr>
        <w:pStyle w:val="a0"/>
        <w:numPr>
          <w:ilvl w:val="0"/>
          <w:numId w:val="0"/>
        </w:numPr>
        <w:ind w:left="1080"/>
        <w:rPr>
          <w:rFonts w:ascii="Times New Roman" w:hAnsi="Times New Roman" w:cs="Times New Roman"/>
          <w:b/>
          <w:bCs/>
          <w:lang w:val="el-GR"/>
        </w:rPr>
      </w:pPr>
      <w:proofErr w:type="spellStart"/>
      <w:r w:rsidRPr="002F384B">
        <w:rPr>
          <w:rFonts w:ascii="Times New Roman" w:hAnsi="Times New Roman" w:cs="Times New Roman"/>
          <w:b/>
          <w:bCs/>
          <w:lang w:val="el-GR"/>
        </w:rPr>
        <w:t>Οικοδομισμός</w:t>
      </w:r>
      <w:proofErr w:type="spellEnd"/>
      <w:r w:rsidRPr="002F384B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2F384B">
        <w:rPr>
          <w:rFonts w:ascii="Times New Roman" w:hAnsi="Times New Roman" w:cs="Times New Roman"/>
          <w:bCs/>
          <w:lang w:val="el-GR"/>
        </w:rPr>
        <w:t>(Επέρχεται η εμπέδωση με την επεξεργασία ιστορικών πηγών)</w:t>
      </w:r>
    </w:p>
    <w:p w14:paraId="59486472" w14:textId="202041CF" w:rsidR="002F384B" w:rsidRPr="008D7576" w:rsidRDefault="002F384B" w:rsidP="008D7576">
      <w:pPr>
        <w:pStyle w:val="a0"/>
        <w:numPr>
          <w:ilvl w:val="0"/>
          <w:numId w:val="22"/>
        </w:numPr>
        <w:rPr>
          <w:rFonts w:ascii="Times New Roman" w:hAnsi="Times New Roman" w:cs="Times New Roman"/>
          <w:bCs/>
          <w:lang w:val="el-GR"/>
        </w:rPr>
      </w:pPr>
      <w:r w:rsidRPr="002F384B">
        <w:rPr>
          <w:rFonts w:ascii="Times New Roman" w:hAnsi="Times New Roman" w:cs="Times New Roman"/>
          <w:b/>
          <w:bCs/>
          <w:lang w:val="el-GR"/>
        </w:rPr>
        <w:lastRenderedPageBreak/>
        <w:t xml:space="preserve">Μάθηση μέσω ανακάλυψης </w:t>
      </w:r>
      <w:r w:rsidRPr="002F384B">
        <w:rPr>
          <w:rFonts w:ascii="Times New Roman" w:hAnsi="Times New Roman" w:cs="Times New Roman" w:hint="eastAsia"/>
          <w:b/>
          <w:bCs/>
          <w:lang w:val="el-GR"/>
        </w:rPr>
        <w:t>→</w:t>
      </w:r>
      <w:r w:rsidRPr="002F384B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2F384B">
        <w:rPr>
          <w:rFonts w:ascii="Times New Roman" w:hAnsi="Times New Roman" w:cs="Times New Roman"/>
          <w:bCs/>
          <w:lang w:val="el-GR"/>
        </w:rPr>
        <w:t>Οι μαθητές εξερευνούν και ανακαλύπτουν τη</w:t>
      </w:r>
      <w:r w:rsidRPr="002F384B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2F384B">
        <w:rPr>
          <w:rFonts w:ascii="Times New Roman" w:hAnsi="Times New Roman" w:cs="Times New Roman"/>
          <w:bCs/>
          <w:lang w:val="el-GR"/>
        </w:rPr>
        <w:t>γνώση μόνοι τους.</w:t>
      </w:r>
    </w:p>
    <w:p w14:paraId="49424A13" w14:textId="29E2979B" w:rsidR="002F384B" w:rsidRPr="002F384B" w:rsidRDefault="002F384B" w:rsidP="002F384B">
      <w:pPr>
        <w:pStyle w:val="a0"/>
        <w:numPr>
          <w:ilvl w:val="0"/>
          <w:numId w:val="22"/>
        </w:numPr>
        <w:rPr>
          <w:rFonts w:ascii="Times New Roman" w:hAnsi="Times New Roman" w:cs="Times New Roman"/>
          <w:b/>
          <w:bCs/>
          <w:lang w:val="el-GR"/>
        </w:rPr>
      </w:pPr>
      <w:r w:rsidRPr="002F384B">
        <w:rPr>
          <w:rFonts w:ascii="Times New Roman" w:hAnsi="Times New Roman" w:cs="Times New Roman"/>
          <w:b/>
          <w:bCs/>
          <w:lang w:val="el-GR"/>
        </w:rPr>
        <w:t xml:space="preserve">Συνεργατική μάθηση </w:t>
      </w:r>
      <w:r w:rsidRPr="002F384B">
        <w:rPr>
          <w:rFonts w:ascii="Times New Roman" w:hAnsi="Times New Roman" w:cs="Times New Roman" w:hint="eastAsia"/>
          <w:b/>
          <w:bCs/>
          <w:lang w:val="el-GR"/>
        </w:rPr>
        <w:t>→</w:t>
      </w:r>
      <w:r w:rsidRPr="002F384B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2F384B">
        <w:rPr>
          <w:rFonts w:ascii="Times New Roman" w:hAnsi="Times New Roman" w:cs="Times New Roman"/>
          <w:bCs/>
          <w:lang w:val="el-GR"/>
        </w:rPr>
        <w:t>Δουλεύουν σε ομάδες για να αναπτύξουν ιδέες.</w:t>
      </w:r>
      <w:r w:rsidRPr="002F384B">
        <w:rPr>
          <w:rFonts w:ascii="Times New Roman" w:hAnsi="Times New Roman" w:cs="Times New Roman"/>
          <w:b/>
          <w:bCs/>
          <w:lang w:val="el-GR"/>
        </w:rPr>
        <w:t xml:space="preserve"> </w:t>
      </w:r>
    </w:p>
    <w:p w14:paraId="6DC0C82C" w14:textId="5ABB1EE0" w:rsidR="002F384B" w:rsidRPr="002F384B" w:rsidRDefault="002F384B" w:rsidP="002F384B">
      <w:pPr>
        <w:pStyle w:val="a0"/>
        <w:numPr>
          <w:ilvl w:val="0"/>
          <w:numId w:val="22"/>
        </w:numPr>
        <w:rPr>
          <w:rFonts w:ascii="Times New Roman" w:hAnsi="Times New Roman" w:cs="Times New Roman"/>
          <w:b/>
          <w:bCs/>
          <w:lang w:val="el-GR"/>
        </w:rPr>
      </w:pPr>
      <w:proofErr w:type="spellStart"/>
      <w:r w:rsidRPr="002F384B">
        <w:rPr>
          <w:rFonts w:ascii="Times New Roman" w:hAnsi="Times New Roman" w:cs="Times New Roman"/>
          <w:b/>
          <w:bCs/>
          <w:lang w:val="el-GR"/>
        </w:rPr>
        <w:t>Διαδραστική</w:t>
      </w:r>
      <w:proofErr w:type="spellEnd"/>
      <w:r w:rsidRPr="002F384B">
        <w:rPr>
          <w:rFonts w:ascii="Times New Roman" w:hAnsi="Times New Roman" w:cs="Times New Roman"/>
          <w:b/>
          <w:bCs/>
          <w:lang w:val="el-GR"/>
        </w:rPr>
        <w:t xml:space="preserve"> διδασκαλία </w:t>
      </w:r>
      <w:r w:rsidRPr="002F384B">
        <w:rPr>
          <w:rFonts w:ascii="Times New Roman" w:hAnsi="Times New Roman" w:cs="Times New Roman" w:hint="eastAsia"/>
          <w:b/>
          <w:bCs/>
          <w:lang w:val="el-GR"/>
        </w:rPr>
        <w:t>→</w:t>
      </w:r>
      <w:r w:rsidRPr="002F384B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2F384B">
        <w:rPr>
          <w:rFonts w:ascii="Times New Roman" w:hAnsi="Times New Roman" w:cs="Times New Roman"/>
          <w:bCs/>
          <w:lang w:val="el-GR"/>
        </w:rPr>
        <w:t xml:space="preserve">Χρήση τεχνολογίας και εκπαιδευτικών εργαλείων για ενεργή συμμετοχή.                                                                                                                                                                        </w:t>
      </w:r>
    </w:p>
    <w:p w14:paraId="0CE4DB5F" w14:textId="0EDD85A1" w:rsidR="002F384B" w:rsidRPr="002F384B" w:rsidRDefault="002F384B" w:rsidP="002F384B">
      <w:pPr>
        <w:pStyle w:val="a0"/>
        <w:numPr>
          <w:ilvl w:val="0"/>
          <w:numId w:val="0"/>
        </w:numPr>
        <w:ind w:left="1080"/>
        <w:rPr>
          <w:rFonts w:ascii="Times New Roman" w:hAnsi="Times New Roman" w:cs="Times New Roman"/>
          <w:b/>
          <w:bCs/>
          <w:lang w:val="el-GR"/>
        </w:rPr>
      </w:pPr>
      <w:proofErr w:type="spellStart"/>
      <w:r w:rsidRPr="002F384B">
        <w:rPr>
          <w:rFonts w:ascii="Times New Roman" w:hAnsi="Times New Roman" w:cs="Times New Roman"/>
          <w:b/>
          <w:bCs/>
          <w:lang w:val="el-GR"/>
        </w:rPr>
        <w:t>Κοινωνικοπολιτισμική</w:t>
      </w:r>
      <w:proofErr w:type="spellEnd"/>
      <w:r>
        <w:rPr>
          <w:rFonts w:ascii="Times New Roman" w:hAnsi="Times New Roman" w:cs="Times New Roman"/>
          <w:b/>
          <w:bCs/>
          <w:lang w:val="el-GR"/>
        </w:rPr>
        <w:t xml:space="preserve"> Θεωρία - </w:t>
      </w:r>
      <w:proofErr w:type="spellStart"/>
      <w:r>
        <w:rPr>
          <w:rFonts w:ascii="Times New Roman" w:hAnsi="Times New Roman" w:cs="Times New Roman"/>
          <w:b/>
          <w:bCs/>
          <w:lang w:val="el-GR"/>
        </w:rPr>
        <w:t>ανακαλυπτική</w:t>
      </w:r>
      <w:proofErr w:type="spellEnd"/>
      <w:r>
        <w:rPr>
          <w:rFonts w:ascii="Times New Roman" w:hAnsi="Times New Roman" w:cs="Times New Roman"/>
          <w:b/>
          <w:bCs/>
          <w:lang w:val="el-GR"/>
        </w:rPr>
        <w:t xml:space="preserve"> μάθηση (</w:t>
      </w:r>
      <w:r w:rsidRPr="002F384B">
        <w:rPr>
          <w:rFonts w:ascii="Times New Roman" w:hAnsi="Times New Roman" w:cs="Times New Roman"/>
          <w:b/>
          <w:bCs/>
          <w:lang w:val="el-GR"/>
        </w:rPr>
        <w:t xml:space="preserve">Οι μαθητές αναπτύσσουν δεξιότητες μέσω πειραματισμού και πρακτικής κατασκευάζοντας ένα προϊόν.)                                                                                                               </w:t>
      </w:r>
    </w:p>
    <w:p w14:paraId="42C0741F" w14:textId="43D40893" w:rsidR="002F384B" w:rsidRPr="002F384B" w:rsidRDefault="002F384B" w:rsidP="002F384B">
      <w:pPr>
        <w:pStyle w:val="a0"/>
        <w:numPr>
          <w:ilvl w:val="0"/>
          <w:numId w:val="22"/>
        </w:numPr>
        <w:rPr>
          <w:rFonts w:ascii="Times New Roman" w:hAnsi="Times New Roman" w:cs="Times New Roman"/>
          <w:b/>
          <w:bCs/>
          <w:lang w:val="el-GR"/>
        </w:rPr>
      </w:pPr>
      <w:r w:rsidRPr="002F384B">
        <w:rPr>
          <w:rFonts w:ascii="Times New Roman" w:hAnsi="Times New Roman" w:cs="Times New Roman"/>
          <w:b/>
          <w:bCs/>
          <w:lang w:val="el-GR"/>
        </w:rPr>
        <w:t>Συνεργατικές δραστηριότητες (π.χ. ομαδικές εργασίες, συζητήσεις)</w:t>
      </w:r>
    </w:p>
    <w:p w14:paraId="689D1349" w14:textId="77777777" w:rsidR="002F384B" w:rsidRPr="002F384B" w:rsidRDefault="002F384B" w:rsidP="002F384B">
      <w:pPr>
        <w:pStyle w:val="a0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2F384B">
        <w:rPr>
          <w:rFonts w:ascii="Times New Roman" w:hAnsi="Times New Roman" w:cs="Times New Roman"/>
          <w:b/>
          <w:bCs/>
          <w:lang w:val="el-GR"/>
        </w:rPr>
        <w:t xml:space="preserve">Χρήση ΤΠΕ (π.χ. </w:t>
      </w:r>
      <w:proofErr w:type="spellStart"/>
      <w:r w:rsidRPr="002F384B">
        <w:rPr>
          <w:rFonts w:ascii="Times New Roman" w:hAnsi="Times New Roman" w:cs="Times New Roman"/>
          <w:b/>
          <w:bCs/>
          <w:lang w:val="el-GR"/>
        </w:rPr>
        <w:t>διαδραστικές</w:t>
      </w:r>
      <w:proofErr w:type="spellEnd"/>
      <w:r w:rsidRPr="002F384B">
        <w:rPr>
          <w:rFonts w:ascii="Times New Roman" w:hAnsi="Times New Roman" w:cs="Times New Roman"/>
          <w:b/>
          <w:bCs/>
          <w:lang w:val="el-GR"/>
        </w:rPr>
        <w:t xml:space="preserve"> πλατφόρμες)                      </w:t>
      </w:r>
    </w:p>
    <w:p w14:paraId="3BE198B4" w14:textId="3296A441" w:rsidR="00A85F73" w:rsidRDefault="00DD0E0D" w:rsidP="002F384B">
      <w:pPr>
        <w:pStyle w:val="a0"/>
        <w:numPr>
          <w:ilvl w:val="0"/>
          <w:numId w:val="0"/>
        </w:numPr>
        <w:ind w:left="1080"/>
        <w:rPr>
          <w:rFonts w:ascii="Times New Roman" w:hAnsi="Times New Roman" w:cs="Times New Roman"/>
          <w:lang w:val="el-GR"/>
        </w:rPr>
      </w:pPr>
      <w:r w:rsidRPr="00DD0E0D">
        <w:rPr>
          <w:rFonts w:ascii="Times New Roman" w:hAnsi="Times New Roman" w:cs="Times New Roman"/>
          <w:b/>
          <w:bCs/>
          <w:lang w:val="el-GR"/>
        </w:rPr>
        <w:t xml:space="preserve">    </w:t>
      </w:r>
      <w:r w:rsidR="00694DC5">
        <w:rPr>
          <w:rFonts w:ascii="Times New Roman" w:hAnsi="Times New Roman" w:cs="Times New Roman"/>
          <w:b/>
          <w:bCs/>
          <w:lang w:val="el-GR"/>
        </w:rPr>
        <w:t xml:space="preserve">                  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856"/>
      </w:tblGrid>
      <w:tr w:rsidR="00F8306D" w14:paraId="6E4EE621" w14:textId="77777777" w:rsidTr="00F8306D">
        <w:tc>
          <w:tcPr>
            <w:tcW w:w="8856" w:type="dxa"/>
          </w:tcPr>
          <w:p w14:paraId="3160EC1D" w14:textId="7E0AE019" w:rsidR="00F8306D" w:rsidRDefault="00F8306D" w:rsidP="00A85F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Γ. Μέσα διδασκαλίας</w:t>
            </w:r>
          </w:p>
        </w:tc>
      </w:tr>
      <w:tr w:rsidR="00F8306D" w:rsidRPr="00270C13" w14:paraId="0F291647" w14:textId="77777777" w:rsidTr="00F8306D">
        <w:tc>
          <w:tcPr>
            <w:tcW w:w="8856" w:type="dxa"/>
          </w:tcPr>
          <w:p w14:paraId="788184CF" w14:textId="25799E51" w:rsidR="00F8306D" w:rsidRDefault="00F8306D" w:rsidP="00A541A2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F8306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Σχολικό ε</w:t>
            </w:r>
            <w:r w:rsidR="008159D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γχειρίδιο Ιστορίας </w:t>
            </w:r>
            <w:r w:rsidR="00CB5DD5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Γ</w:t>
            </w:r>
            <w:r w:rsidR="0087102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΄ Γυμνασίου</w:t>
            </w:r>
          </w:p>
          <w:p w14:paraId="45BB552E" w14:textId="4E783030" w:rsidR="00871023" w:rsidRDefault="00871023" w:rsidP="00A541A2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Διαδραστικό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σχολικό εγχειρίδιο Ιστορίας Γ΄ Γυμνασίου</w:t>
            </w:r>
          </w:p>
          <w:p w14:paraId="4BAC1667" w14:textId="71FCBB6E" w:rsidR="00C871C9" w:rsidRPr="00557903" w:rsidRDefault="00F8306D" w:rsidP="00A541A2">
            <w:pPr>
              <w:pStyle w:val="aa"/>
              <w:numPr>
                <w:ilvl w:val="0"/>
                <w:numId w:val="8"/>
              </w:numPr>
              <w:spacing w:before="100" w:beforeAutospacing="1" w:after="100" w:afterAutospacing="1"/>
              <w:rPr>
                <w:lang w:val="el-GR"/>
              </w:rPr>
            </w:pPr>
            <w:proofErr w:type="spellStart"/>
            <w:r w:rsidRPr="0055790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Διαδραστικός</w:t>
            </w:r>
            <w:proofErr w:type="spellEnd"/>
            <w:r w:rsidRPr="0055790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Πίνακας</w:t>
            </w:r>
            <w:r w:rsidR="00C871C9" w:rsidRPr="00557903">
              <w:rPr>
                <w:rStyle w:val="af1"/>
                <w:lang w:val="el-GR"/>
              </w:rPr>
              <w:t xml:space="preserve">/ </w:t>
            </w:r>
            <w:r w:rsidR="00C871C9" w:rsidRPr="00F94D73">
              <w:rPr>
                <w:rStyle w:val="af1"/>
                <w:b w:val="0"/>
                <w:lang w:val="el-GR"/>
              </w:rPr>
              <w:t>Προβολέας</w:t>
            </w:r>
            <w:r w:rsidR="00C871C9" w:rsidRPr="00557903">
              <w:rPr>
                <w:lang w:val="el-GR"/>
              </w:rPr>
              <w:t xml:space="preserve"> – Παρουσίαση εικόνων</w:t>
            </w:r>
            <w:r w:rsidR="00557903">
              <w:rPr>
                <w:lang w:val="el-GR"/>
              </w:rPr>
              <w:t xml:space="preserve">, </w:t>
            </w:r>
            <w:r w:rsidR="00C871C9" w:rsidRPr="00557903">
              <w:rPr>
                <w:lang w:val="el-GR"/>
              </w:rPr>
              <w:t>πηγών</w:t>
            </w:r>
            <w:r w:rsidR="004338E0">
              <w:rPr>
                <w:lang w:val="el-GR"/>
              </w:rPr>
              <w:t>, βίντεο</w:t>
            </w:r>
            <w:r w:rsidR="00C871C9" w:rsidRPr="00557903">
              <w:rPr>
                <w:lang w:val="el-GR"/>
              </w:rPr>
              <w:t>.</w:t>
            </w:r>
          </w:p>
          <w:p w14:paraId="23E4556C" w14:textId="77777777" w:rsidR="00C871C9" w:rsidRPr="00557903" w:rsidRDefault="00C871C9" w:rsidP="00A541A2">
            <w:pPr>
              <w:pStyle w:val="aa"/>
              <w:numPr>
                <w:ilvl w:val="0"/>
                <w:numId w:val="8"/>
              </w:numPr>
              <w:spacing w:before="100" w:beforeAutospacing="1" w:after="100" w:afterAutospacing="1"/>
              <w:rPr>
                <w:lang w:val="el-GR"/>
              </w:rPr>
            </w:pPr>
            <w:r w:rsidRPr="00F94D73">
              <w:rPr>
                <w:rStyle w:val="af1"/>
                <w:b w:val="0"/>
                <w:lang w:val="el-GR"/>
              </w:rPr>
              <w:t>Χάρτες</w:t>
            </w:r>
            <w:r w:rsidRPr="00557903">
              <w:rPr>
                <w:lang w:val="el-GR"/>
              </w:rPr>
              <w:t xml:space="preserve"> – Γεωπολιτικές αλλαγές μετά τον Α' Παγκόσμιο Πόλεμο.</w:t>
            </w:r>
          </w:p>
          <w:p w14:paraId="09ADC836" w14:textId="75981764" w:rsidR="00C871C9" w:rsidRDefault="00C871C9" w:rsidP="00A541A2">
            <w:pPr>
              <w:pStyle w:val="aa"/>
              <w:numPr>
                <w:ilvl w:val="0"/>
                <w:numId w:val="8"/>
              </w:numPr>
              <w:spacing w:before="100" w:beforeAutospacing="1" w:after="100" w:afterAutospacing="1"/>
              <w:rPr>
                <w:lang w:val="el-GR"/>
              </w:rPr>
            </w:pPr>
            <w:r w:rsidRPr="00F94D73">
              <w:rPr>
                <w:rStyle w:val="af1"/>
                <w:b w:val="0"/>
                <w:lang w:val="el-GR"/>
              </w:rPr>
              <w:t>Ιστορικές πηγές</w:t>
            </w:r>
          </w:p>
          <w:p w14:paraId="3A68F4D7" w14:textId="77777777" w:rsidR="00601F6B" w:rsidRPr="003F1027" w:rsidRDefault="00601F6B" w:rsidP="00A541A2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</w:pPr>
            <w:r w:rsidRPr="003F10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Σχεδιάγραμμα</w:t>
            </w:r>
          </w:p>
          <w:p w14:paraId="042D1B6F" w14:textId="77777777" w:rsidR="0058708A" w:rsidRDefault="0058708A" w:rsidP="00A541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lang w:val="el-GR"/>
              </w:rPr>
            </w:pPr>
            <w:r w:rsidRPr="00F94D73">
              <w:rPr>
                <w:rStyle w:val="af1"/>
                <w:b w:val="0"/>
                <w:lang w:val="el-GR"/>
              </w:rPr>
              <w:t>Φύλλα εργασίας</w:t>
            </w:r>
            <w:r w:rsidRPr="00903918">
              <w:rPr>
                <w:lang w:val="el-GR"/>
              </w:rPr>
              <w:t xml:space="preserve"> – Δραστηριότητες κατανόησης και ερωτήσεις αξιολόγησης.</w:t>
            </w:r>
          </w:p>
          <w:p w14:paraId="2FE4FF43" w14:textId="361C02E1" w:rsidR="00350BF2" w:rsidRPr="00903918" w:rsidRDefault="00350BF2" w:rsidP="00A541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lang w:val="el-GR"/>
              </w:rPr>
            </w:pPr>
            <w:r>
              <w:rPr>
                <w:lang w:val="el-GR"/>
              </w:rPr>
              <w:t>Ελληνικός Πολιτισμός</w:t>
            </w:r>
          </w:p>
          <w:p w14:paraId="17A91974" w14:textId="74CD4E3B" w:rsidR="00F8306D" w:rsidRPr="00802166" w:rsidRDefault="00F8306D" w:rsidP="00802166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</w:pPr>
            <w:r w:rsidRPr="003F10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Ψηφιακές εφαρμογές</w:t>
            </w:r>
            <w:r w:rsidR="00871023" w:rsidRPr="00871023">
              <w:rPr>
                <w:lang w:val="el-GR"/>
              </w:rPr>
              <w:t xml:space="preserve"> </w:t>
            </w:r>
            <w:r w:rsidR="00871023">
              <w:rPr>
                <w:lang w:val="el-GR"/>
              </w:rPr>
              <w:t>(</w:t>
            </w:r>
            <w:proofErr w:type="spellStart"/>
            <w:r w:rsid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Quizizz</w:t>
            </w:r>
            <w:proofErr w:type="spellEnd"/>
            <w:r w:rsid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(https://quizizz.com/</w:t>
            </w:r>
            <w:r w:rsidR="00871023" w:rsidRPr="00725366">
              <w:rPr>
                <w:rFonts w:ascii="Times New Roman" w:eastAsia="MS Gothic" w:hAnsi="Times New Roman" w:cs="Times New Roman" w:hint="eastAsia"/>
                <w:color w:val="000000" w:themeColor="text1"/>
                <w:sz w:val="24"/>
                <w:szCs w:val="24"/>
                <w:lang w:val="el-GR"/>
              </w:rPr>
              <w:t>➡</w:t>
            </w:r>
            <w:r w:rsidR="00871023" w:rsidRPr="00725366">
              <w:rPr>
                <w:rFonts w:ascii="Times New Roman" w:eastAsia="MS Gothic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</w:t>
            </w:r>
            <w:proofErr w:type="spellStart"/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Διαδραστικά</w:t>
            </w:r>
            <w:proofErr w:type="spellEnd"/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παιχνίδια γνώσεων, </w:t>
            </w:r>
            <w:proofErr w:type="spellStart"/>
            <w:r w:rsidR="00725366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Google</w:t>
            </w:r>
            <w:proofErr w:type="spellEnd"/>
            <w:r w:rsidR="00725366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</w:t>
            </w:r>
            <w:proofErr w:type="spellStart"/>
            <w:r w:rsidR="00725366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Earth</w:t>
            </w:r>
            <w:proofErr w:type="spellEnd"/>
            <w:r w:rsidR="00725366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– Ιστορικοί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Χάρτες</w:t>
            </w:r>
            <w:r w:rsidR="00871023" w:rsidRPr="00725366">
              <w:rPr>
                <w:rFonts w:ascii="Times New Roman" w:eastAsia="MS Gothic" w:hAnsi="Times New Roman" w:cs="Times New Roman" w:hint="eastAsia"/>
                <w:color w:val="000000" w:themeColor="text1"/>
                <w:sz w:val="24"/>
                <w:szCs w:val="24"/>
                <w:lang w:val="el-GR"/>
              </w:rPr>
              <w:t>➡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Εξερεύνηση ιστορικών αλλαγών στα σύνορα </w:t>
            </w:r>
            <w:r w:rsid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μέσω της λειτουργίας "</w:t>
            </w:r>
            <w:proofErr w:type="spellStart"/>
            <w:r w:rsid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Timeline</w:t>
            </w:r>
            <w:proofErr w:type="spellEnd"/>
            <w:r w:rsid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", 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Storyboard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That</w:t>
            </w:r>
            <w:r w:rsid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(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://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www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.</w:t>
            </w:r>
            <w:proofErr w:type="spellStart"/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storyboardthat</w:t>
            </w:r>
            <w:proofErr w:type="spellEnd"/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.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/)</w:t>
            </w:r>
            <w:r w:rsidR="00871023" w:rsidRPr="00725366">
              <w:rPr>
                <w:rFonts w:ascii="Times New Roman" w:eastAsia="MS Gothic" w:hAnsi="Times New Roman" w:cs="Times New Roman" w:hint="eastAsia"/>
                <w:color w:val="000000" w:themeColor="text1"/>
                <w:sz w:val="24"/>
                <w:szCs w:val="24"/>
                <w:lang w:val="el-GR"/>
              </w:rPr>
              <w:t>➡</w:t>
            </w:r>
            <w:r w:rsid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Δημιουργία</w:t>
            </w:r>
            <w:r w:rsidR="00871023" w:rsidRPr="007253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χρονολογικών σειρών.</w:t>
            </w:r>
          </w:p>
          <w:p w14:paraId="63DF78C5" w14:textId="0D866B8F" w:rsidR="00F8306D" w:rsidRDefault="00F8306D" w:rsidP="008710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</w:p>
        </w:tc>
      </w:tr>
    </w:tbl>
    <w:p w14:paraId="57A4E015" w14:textId="77777777" w:rsidR="00ED045A" w:rsidRDefault="00ED045A" w:rsidP="00BA6991">
      <w:pPr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</w:p>
    <w:tbl>
      <w:tblPr>
        <w:tblStyle w:val="afa"/>
        <w:tblW w:w="0" w:type="auto"/>
        <w:tblLook w:val="05A0" w:firstRow="1" w:lastRow="0" w:firstColumn="1" w:lastColumn="1" w:noHBand="0" w:noVBand="1"/>
      </w:tblPr>
      <w:tblGrid>
        <w:gridCol w:w="8856"/>
      </w:tblGrid>
      <w:tr w:rsidR="00F8306D" w14:paraId="2A67B84B" w14:textId="77777777" w:rsidTr="004A0B2D">
        <w:tc>
          <w:tcPr>
            <w:tcW w:w="8856" w:type="dxa"/>
          </w:tcPr>
          <w:p w14:paraId="3FB55416" w14:textId="423F64E3" w:rsidR="00F8306D" w:rsidRDefault="00F8306D" w:rsidP="00BA69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Δ. Πορεία διδασκαλίας</w:t>
            </w:r>
          </w:p>
        </w:tc>
      </w:tr>
      <w:tr w:rsidR="00F8306D" w:rsidRPr="00270C13" w14:paraId="2B9BFB03" w14:textId="77777777" w:rsidTr="004A0B2D">
        <w:tc>
          <w:tcPr>
            <w:tcW w:w="8856" w:type="dxa"/>
          </w:tcPr>
          <w:p w14:paraId="4D35F917" w14:textId="5960341E" w:rsidR="00F86B01" w:rsidRDefault="0018018B" w:rsidP="00BA699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Αφόρμηση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 (15</w:t>
            </w:r>
            <w:r w:rsidR="00F8306D" w:rsidRPr="00556C41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 λεπτά)</w:t>
            </w:r>
          </w:p>
          <w:p w14:paraId="1ACC3326" w14:textId="77777777" w:rsidR="00601F6B" w:rsidRPr="00556C41" w:rsidRDefault="00601F6B" w:rsidP="00BA699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</w:p>
          <w:p w14:paraId="6F76631E" w14:textId="59117FB0" w:rsidR="00EA6248" w:rsidRPr="00D505D1" w:rsidRDefault="00770519" w:rsidP="00D505D1">
            <w:pPr>
              <w:tabs>
                <w:tab w:val="left" w:pos="709"/>
              </w:tabs>
              <w:jc w:val="both"/>
              <w:rPr>
                <w:bCs/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1.1</w:t>
            </w:r>
            <w:r w:rsidR="00CA10E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r w:rsidR="00CA10E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r w:rsidR="00601F6B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α.</w:t>
            </w:r>
            <w:r w:rsidR="004C07C6" w:rsidRPr="00A31061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r w:rsidR="00DC3523">
              <w:rPr>
                <w:bCs/>
                <w:lang w:val="el-GR"/>
              </w:rPr>
              <w:t>Σύντομη ανα</w:t>
            </w:r>
            <w:r w:rsidR="00601F6B" w:rsidRPr="00601F6B">
              <w:rPr>
                <w:bCs/>
                <w:lang w:val="el-GR"/>
              </w:rPr>
              <w:t>φ</w:t>
            </w:r>
            <w:r w:rsidR="00DC3523">
              <w:rPr>
                <w:bCs/>
                <w:lang w:val="el-GR"/>
              </w:rPr>
              <w:t xml:space="preserve">ορά </w:t>
            </w:r>
            <w:r w:rsidR="0077384C">
              <w:rPr>
                <w:bCs/>
                <w:lang w:val="el-GR"/>
              </w:rPr>
              <w:t xml:space="preserve">στον Α΄ΠΠ και </w:t>
            </w:r>
            <w:r w:rsidR="00DC3523">
              <w:rPr>
                <w:bCs/>
                <w:lang w:val="el-GR"/>
              </w:rPr>
              <w:t>σ</w:t>
            </w:r>
            <w:r w:rsidR="00601F6B" w:rsidRPr="00601F6B">
              <w:rPr>
                <w:bCs/>
                <w:lang w:val="el-GR"/>
              </w:rPr>
              <w:t>τ</w:t>
            </w:r>
            <w:r w:rsidR="00DC3523">
              <w:rPr>
                <w:bCs/>
                <w:lang w:val="el-GR"/>
              </w:rPr>
              <w:t xml:space="preserve">η συνθήκη των Σεβρών, που οδήγησε την ηττημένη στον Α΄ Παγκόσμιο Πόλεμο Οθωμανική αυτοκρατορία στη διάλυσή </w:t>
            </w:r>
            <w:r w:rsidR="00946A83">
              <w:rPr>
                <w:bCs/>
                <w:lang w:val="el-GR"/>
              </w:rPr>
              <w:t>της και την νικήτρια Ελλάδα στην επέκτασή της στη Μ. Ασία</w:t>
            </w:r>
            <w:r w:rsidR="00601F6B" w:rsidRPr="00601F6B">
              <w:rPr>
                <w:bCs/>
                <w:lang w:val="el-GR"/>
              </w:rPr>
              <w:t>.</w:t>
            </w:r>
          </w:p>
          <w:p w14:paraId="2B98B28C" w14:textId="77777777" w:rsidR="00EA6248" w:rsidRPr="00D505D1" w:rsidRDefault="00EA6248" w:rsidP="0054697A">
            <w:pPr>
              <w:tabs>
                <w:tab w:val="left" w:pos="709"/>
              </w:tabs>
              <w:ind w:left="720" w:hanging="11"/>
              <w:jc w:val="both"/>
              <w:rPr>
                <w:lang w:val="el-GR"/>
              </w:rPr>
            </w:pPr>
          </w:p>
          <w:p w14:paraId="10E5535B" w14:textId="77FFB2D3" w:rsidR="00D52AC7" w:rsidRPr="0002303E" w:rsidRDefault="005139B6" w:rsidP="0002303E">
            <w:pPr>
              <w:tabs>
                <w:tab w:val="left" w:pos="709"/>
              </w:tabs>
              <w:ind w:hanging="11"/>
              <w:jc w:val="both"/>
              <w:rPr>
                <w:rStyle w:val="-"/>
                <w:bCs/>
                <w:color w:val="auto"/>
                <w:u w:val="none"/>
                <w:lang w:val="el-GR"/>
              </w:rPr>
            </w:pPr>
            <w:r w:rsidRPr="00D505D1">
              <w:rPr>
                <w:bCs/>
                <w:lang w:val="el-GR"/>
              </w:rPr>
              <w:t xml:space="preserve">      </w:t>
            </w:r>
            <w:r w:rsidR="00DC3523" w:rsidRPr="00D505D1">
              <w:rPr>
                <w:bCs/>
                <w:lang w:val="el-GR"/>
              </w:rPr>
              <w:t xml:space="preserve">        </w:t>
            </w:r>
            <w:r w:rsidRPr="00D505D1">
              <w:rPr>
                <w:bCs/>
                <w:lang w:val="el-GR"/>
              </w:rPr>
              <w:t xml:space="preserve"> </w:t>
            </w:r>
            <w:r w:rsidR="00601F6B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β. </w:t>
            </w:r>
            <w:r w:rsidR="00F8306D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Προβολή στο</w:t>
            </w:r>
            <w:r w:rsid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</w:t>
            </w:r>
            <w:proofErr w:type="spellStart"/>
            <w:r w:rsid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διαδραστικό</w:t>
            </w:r>
            <w:proofErr w:type="spellEnd"/>
            <w:r w:rsid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πίνακα δύο </w:t>
            </w:r>
            <w:r w:rsidR="00C57E85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χ</w:t>
            </w:r>
            <w:r w:rsid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αρτών</w:t>
            </w:r>
            <w:r w:rsidR="00783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,</w:t>
            </w:r>
            <w:r w:rsidR="00601F6B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</w:t>
            </w:r>
            <w:r w:rsidR="00DC5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τ</w:t>
            </w:r>
            <w:r w:rsidR="00783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ης Οθωμανικ</w:t>
            </w:r>
            <w:r w:rsidR="001B2B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ής αυτοκρατορίας και της Ελλάδας, συμμάχου της </w:t>
            </w:r>
            <w:proofErr w:type="spellStart"/>
            <w:r w:rsidR="001B2B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Αντάντ</w:t>
            </w:r>
            <w:proofErr w:type="spellEnd"/>
            <w:r w:rsidR="001B2B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,</w:t>
            </w:r>
            <w:r w:rsidR="00783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μετά</w:t>
            </w:r>
            <w:r w:rsidR="00DC5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τον Α΄ Παγκ</w:t>
            </w:r>
            <w:r w:rsidR="00783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όσμιο Πόλεμο</w:t>
            </w:r>
            <w:r w:rsidR="00DC5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, </w:t>
            </w:r>
            <w:r w:rsidR="00601F6B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καθώς και </w:t>
            </w:r>
            <w:r w:rsidR="0065296E" w:rsidRPr="0012588D">
              <w:rPr>
                <w:color w:val="000000" w:themeColor="text1"/>
                <w:lang w:val="el-GR"/>
              </w:rPr>
              <w:t>οπτικοακουστικού υλικού</w:t>
            </w:r>
            <w:r w:rsidR="0065296E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(</w:t>
            </w:r>
            <w:r w:rsidR="004D5370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ενός ολιγόλεπτου βίντεο</w:t>
            </w:r>
            <w:r w:rsidR="0065296E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)</w:t>
            </w:r>
            <w:r w:rsidR="00F8306D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 που </w:t>
            </w:r>
            <w:r w:rsidR="004D5370" w:rsidRPr="00125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παρουσι</w:t>
            </w:r>
            <w:r w:rsidR="00946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άζει τ</w:t>
            </w:r>
            <w:r w:rsidR="00DC52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ην α</w:t>
            </w:r>
            <w:r w:rsidR="000230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 xml:space="preserve">πόβαση των Ελλήνων στη Σμύρνη και τη ζωή των Ελλήνων σ αυτή την κοσμοπολίτικη πόλη μέχρι την καταστροφή: </w:t>
            </w:r>
            <w:r w:rsidR="0002303E" w:rsidRPr="0002303E">
              <w:rPr>
                <w:rStyle w:val="-"/>
                <w:rFonts w:ascii="Times New Roman" w:hAnsi="Times New Roman" w:cs="Times New Roman"/>
                <w:color w:val="0070C0"/>
                <w:sz w:val="24"/>
                <w:szCs w:val="24"/>
                <w:lang w:val="el-GR"/>
              </w:rPr>
              <w:t>https://www.youtube.com/watch?v=JpYy_SYDAhE</w:t>
            </w:r>
          </w:p>
          <w:p w14:paraId="48E870AD" w14:textId="13234E36" w:rsidR="00901D6A" w:rsidRDefault="00993CCA" w:rsidP="00250720">
            <w:pPr>
              <w:rPr>
                <w:rStyle w:val="-"/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</w:pPr>
            <w:r w:rsidRPr="00993CCA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u w:val="single"/>
                <w:lang w:val="el-GR" w:eastAsia="el-GR"/>
              </w:rPr>
              <w:lastRenderedPageBreak/>
              <w:drawing>
                <wp:inline distT="0" distB="0" distL="0" distR="0" wp14:anchorId="06DC5140" wp14:editId="2E2398A4">
                  <wp:extent cx="5457825" cy="2885825"/>
                  <wp:effectExtent l="0" t="0" r="0" b="0"/>
                  <wp:docPr id="5" name="Εικόνα 5" descr="File:Treaty sevres otoman 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Treaty sevres otoman 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2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495" w:rsidRPr="005F4495"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lang w:val="el-GR"/>
              </w:rPr>
              <w:t xml:space="preserve">Ο </w:t>
            </w:r>
            <w:r w:rsidR="005F4495" w:rsidRPr="005F4495">
              <w:rPr>
                <w:rStyle w:val="-"/>
                <w:rFonts w:ascii="Times New Roman" w:hAnsi="Times New Roman" w:cs="Times New Roman"/>
                <w:color w:val="000000" w:themeColor="text1"/>
                <w:sz w:val="24"/>
                <w:szCs w:val="24"/>
                <w:lang w:val="el-GR"/>
              </w:rPr>
              <w:t>διαμελισμός της Οθωμανικής αυτοκρατορίας το 1920 κατά τη Συνθήκη των Σεβρών.</w:t>
            </w:r>
          </w:p>
          <w:p w14:paraId="4C7C23B7" w14:textId="77777777" w:rsidR="00250720" w:rsidRDefault="00250720" w:rsidP="00250720">
            <w:pPr>
              <w:rPr>
                <w:rStyle w:val="-"/>
                <w:rFonts w:ascii="Times New Roman" w:hAnsi="Times New Roman" w:cs="Times New Roman"/>
                <w:color w:val="0070C0"/>
                <w:sz w:val="24"/>
                <w:szCs w:val="24"/>
                <w:lang w:val="el-GR"/>
              </w:rPr>
            </w:pPr>
          </w:p>
          <w:p w14:paraId="28AB982B" w14:textId="488F4E23" w:rsidR="00250720" w:rsidRDefault="00250720" w:rsidP="00250720">
            <w:pPr>
              <w:rPr>
                <w:rStyle w:val="-"/>
                <w:rFonts w:ascii="Times New Roman" w:hAnsi="Times New Roman" w:cs="Times New Roman"/>
                <w:color w:val="0070C0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u w:val="single"/>
                <w:lang w:val="el-GR" w:eastAsia="el-GR"/>
              </w:rPr>
              <w:drawing>
                <wp:inline distT="0" distB="0" distL="0" distR="0" wp14:anchorId="0FA66C54" wp14:editId="28477B59">
                  <wp:extent cx="3476625" cy="3646299"/>
                  <wp:effectExtent l="0" t="0" r="0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194" cy="3646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F96D35" w14:textId="77777777" w:rsidR="00250720" w:rsidRDefault="00250720" w:rsidP="00250720">
            <w:pPr>
              <w:rPr>
                <w:rStyle w:val="-"/>
                <w:rFonts w:ascii="Times New Roman" w:hAnsi="Times New Roman" w:cs="Times New Roman"/>
                <w:color w:val="0070C0"/>
                <w:sz w:val="24"/>
                <w:szCs w:val="24"/>
                <w:lang w:val="el-GR"/>
              </w:rPr>
            </w:pPr>
          </w:p>
          <w:p w14:paraId="4FA0D0C8" w14:textId="1355F18C" w:rsidR="00F94D73" w:rsidRPr="00901D6A" w:rsidRDefault="00CA10E2" w:rsidP="00F94D73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el-GR"/>
              </w:rPr>
            </w:pPr>
            <w:r>
              <w:rPr>
                <w:b/>
                <w:bCs/>
                <w:lang w:val="el-GR"/>
              </w:rPr>
              <w:t>1.2.</w:t>
            </w:r>
            <w:r w:rsidR="00F94D73" w:rsidRPr="00F94D73">
              <w:rPr>
                <w:b/>
                <w:bCs/>
                <w:lang w:val="el-GR"/>
              </w:rPr>
              <w:t xml:space="preserve">   </w:t>
            </w:r>
            <w:r w:rsidR="00F94D73" w:rsidRPr="00F94D73">
              <w:rPr>
                <w:lang w:val="el-GR"/>
              </w:rPr>
              <w:t>Συζήτηση μέσω Ερωτήσεων Προβληματισμού προς όλους τους μαθητές:</w:t>
            </w:r>
          </w:p>
          <w:p w14:paraId="677677B3" w14:textId="1E0ED8E1" w:rsidR="00F94D73" w:rsidRPr="00F94D73" w:rsidRDefault="00F94D73" w:rsidP="00A541A2">
            <w:pPr>
              <w:pStyle w:val="aa"/>
              <w:numPr>
                <w:ilvl w:val="0"/>
                <w:numId w:val="8"/>
              </w:num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F94D7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Τι συμβαίνει όταν τελειώνει ένας πόλεμος</w:t>
            </w:r>
            <w:r w:rsidR="0060740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(νικητές-ηττημένοι)</w:t>
            </w:r>
            <w:r w:rsidRPr="00F94D7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;</w:t>
            </w:r>
            <w:r w:rsidR="009713A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</w:p>
          <w:p w14:paraId="207A0977" w14:textId="59B6FDCC" w:rsidR="00F94D73" w:rsidRPr="003021C1" w:rsidRDefault="00F94D73" w:rsidP="003021C1">
            <w:pPr>
              <w:pStyle w:val="aa"/>
              <w:numPr>
                <w:ilvl w:val="0"/>
                <w:numId w:val="8"/>
              </w:num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F94D7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Πιστεύετε ότι οι ηττημένες</w:t>
            </w:r>
            <w:r w:rsidR="00DC529F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χώρες έχουν λόγο στις συνθήκες</w:t>
            </w:r>
            <w:r w:rsidRPr="00F94D7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ειρήνης;</w:t>
            </w:r>
          </w:p>
          <w:p w14:paraId="669C4CE4" w14:textId="4D07CDBC" w:rsidR="004C07C6" w:rsidRDefault="00F94D73" w:rsidP="00A541A2">
            <w:pPr>
              <w:pStyle w:val="aa"/>
              <w:numPr>
                <w:ilvl w:val="0"/>
                <w:numId w:val="8"/>
              </w:num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F94D7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Πώς επηρεάστηκαν οι ηττημένες χώρες </w:t>
            </w:r>
            <w:r w:rsidR="00DC529F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και ειδικά η Οθωμανική αυτοκρατορία </w:t>
            </w:r>
            <w:r w:rsidRPr="00F94D7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lastRenderedPageBreak/>
              <w:t>από τη λήξη του πολέμου;</w:t>
            </w:r>
          </w:p>
          <w:p w14:paraId="0A2659F9" w14:textId="7BA631EB" w:rsidR="008E4749" w:rsidRDefault="008E4749" w:rsidP="00A541A2">
            <w:pPr>
              <w:pStyle w:val="aa"/>
              <w:numPr>
                <w:ilvl w:val="0"/>
                <w:numId w:val="8"/>
              </w:num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Η Ελλάδα ως σύμμαχος των νικητών του Α΄ΠΠ τι εδαφικά οφέλη αποκόμισε;</w:t>
            </w:r>
          </w:p>
          <w:p w14:paraId="447A6009" w14:textId="33F803B6" w:rsidR="00A31061" w:rsidRPr="000809EE" w:rsidRDefault="00DC529F" w:rsidP="000809EE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   </w:t>
            </w:r>
            <w:r w:rsidR="000809EE" w:rsidRPr="000809EE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Διδακτική μέθοδος: Καταιγισμός ιδεών – οι μαθητές εκφράζουν τις απόψεις τους.</w:t>
            </w:r>
          </w:p>
          <w:p w14:paraId="6815E917" w14:textId="345CF9BD" w:rsidR="00A31061" w:rsidRPr="00FF4F30" w:rsidRDefault="00E015E3" w:rsidP="00A3106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FF4F30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  <w:r w:rsidR="003A7D75" w:rsidRPr="00FF4F30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                   </w:t>
            </w:r>
          </w:p>
        </w:tc>
      </w:tr>
      <w:tr w:rsidR="00F8306D" w:rsidRPr="00270C13" w14:paraId="10AD06D0" w14:textId="77777777" w:rsidTr="004A0B2D">
        <w:tc>
          <w:tcPr>
            <w:tcW w:w="8856" w:type="dxa"/>
          </w:tcPr>
          <w:p w14:paraId="7607579F" w14:textId="1ABEA2F0" w:rsidR="004D5370" w:rsidRDefault="00EB3BE7" w:rsidP="00C2311D">
            <w:pPr>
              <w:rPr>
                <w:b/>
                <w:bCs/>
                <w:lang w:val="el-G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lastRenderedPageBreak/>
              <w:t xml:space="preserve">2. </w:t>
            </w:r>
            <w:r w:rsidR="009713A4">
              <w:rPr>
                <w:b/>
                <w:bCs/>
                <w:lang w:val="el-GR"/>
              </w:rPr>
              <w:t>Κύριο μέρος (30</w:t>
            </w:r>
            <w:r w:rsidR="004D5370" w:rsidRPr="004D5370">
              <w:rPr>
                <w:b/>
                <w:bCs/>
                <w:lang w:val="el-GR"/>
              </w:rPr>
              <w:t xml:space="preserve"> λεπτά)</w:t>
            </w:r>
          </w:p>
          <w:p w14:paraId="68F3A057" w14:textId="77777777" w:rsidR="007956C5" w:rsidRDefault="007956C5" w:rsidP="00E435C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</w:p>
          <w:p w14:paraId="12B96EBE" w14:textId="714C4AD0" w:rsidR="004D5370" w:rsidRPr="004D5370" w:rsidRDefault="007956C5" w:rsidP="00E435C6">
            <w:pPr>
              <w:spacing w:line="360" w:lineRule="auto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2.1.</w:t>
            </w:r>
            <w:r w:rsidR="00C2311D">
              <w:rPr>
                <w:b/>
                <w:bCs/>
                <w:lang w:val="el-GR"/>
              </w:rPr>
              <w:t xml:space="preserve">   </w:t>
            </w:r>
            <w:r>
              <w:rPr>
                <w:b/>
                <w:bCs/>
                <w:lang w:val="el-GR"/>
              </w:rPr>
              <w:t xml:space="preserve">   </w:t>
            </w:r>
            <w:r w:rsidR="0092667D">
              <w:rPr>
                <w:b/>
                <w:bCs/>
                <w:lang w:val="el-GR"/>
              </w:rPr>
              <w:t xml:space="preserve"> </w:t>
            </w:r>
            <w:r w:rsidR="00C2311D">
              <w:rPr>
                <w:b/>
                <w:bCs/>
                <w:lang w:val="el-GR"/>
              </w:rPr>
              <w:t>Ο Μικρασιατικός πόλεμος 1919-1922</w:t>
            </w:r>
          </w:p>
          <w:p w14:paraId="6EDA2BCA" w14:textId="76A1CC8D" w:rsidR="004D5370" w:rsidRPr="007956C5" w:rsidRDefault="004D5370" w:rsidP="007956C5">
            <w:pPr>
              <w:pStyle w:val="aa"/>
              <w:numPr>
                <w:ilvl w:val="0"/>
                <w:numId w:val="22"/>
              </w:numPr>
              <w:spacing w:line="360" w:lineRule="auto"/>
              <w:rPr>
                <w:lang w:val="el-GR"/>
              </w:rPr>
            </w:pPr>
            <w:r w:rsidRPr="007956C5">
              <w:rPr>
                <w:b/>
                <w:lang w:val="el-GR"/>
              </w:rPr>
              <w:t xml:space="preserve">Μέθοδος: </w:t>
            </w:r>
            <w:proofErr w:type="spellStart"/>
            <w:r w:rsidRPr="007956C5">
              <w:rPr>
                <w:b/>
                <w:lang w:val="el-GR"/>
              </w:rPr>
              <w:t>Ομαδοσυνεργατική</w:t>
            </w:r>
            <w:proofErr w:type="spellEnd"/>
            <w:r w:rsidRPr="007956C5">
              <w:rPr>
                <w:lang w:val="el-GR"/>
              </w:rPr>
              <w:t xml:space="preserve"> – οι μαθητ</w:t>
            </w:r>
            <w:r w:rsidR="00F417E9" w:rsidRPr="007956C5">
              <w:rPr>
                <w:lang w:val="el-GR"/>
              </w:rPr>
              <w:t xml:space="preserve">ές συζητούν </w:t>
            </w:r>
            <w:r w:rsidR="004138E3">
              <w:rPr>
                <w:lang w:val="el-GR"/>
              </w:rPr>
              <w:t xml:space="preserve">σε ομάδες </w:t>
            </w:r>
            <w:r w:rsidR="00F417E9" w:rsidRPr="007956C5">
              <w:rPr>
                <w:lang w:val="el-GR"/>
              </w:rPr>
              <w:t xml:space="preserve">και παρουσιάζουν τα </w:t>
            </w:r>
            <w:r w:rsidRPr="007956C5">
              <w:rPr>
                <w:lang w:val="el-GR"/>
              </w:rPr>
              <w:t>συμπεράσματά τους.</w:t>
            </w:r>
            <w:r w:rsidR="009713A4">
              <w:rPr>
                <w:lang w:val="el-GR"/>
              </w:rPr>
              <w:t xml:space="preserve"> </w:t>
            </w:r>
            <w:r w:rsidR="009713A4" w:rsidRPr="004138E3">
              <w:rPr>
                <w:b/>
                <w:lang w:val="el-GR"/>
              </w:rPr>
              <w:t>(15 λεπτά)</w:t>
            </w:r>
          </w:p>
          <w:p w14:paraId="42CECA23" w14:textId="5DC2E0F9" w:rsidR="004D5370" w:rsidRPr="007956C5" w:rsidRDefault="004D5370" w:rsidP="007956C5">
            <w:pPr>
              <w:pStyle w:val="aa"/>
              <w:numPr>
                <w:ilvl w:val="0"/>
                <w:numId w:val="22"/>
              </w:numPr>
              <w:spacing w:line="360" w:lineRule="auto"/>
              <w:rPr>
                <w:lang w:val="el-GR"/>
              </w:rPr>
            </w:pPr>
            <w:r w:rsidRPr="007956C5">
              <w:rPr>
                <w:lang w:val="el-GR"/>
              </w:rPr>
              <w:t>Παρουσίαση των β</w:t>
            </w:r>
            <w:r w:rsidR="005F1F04" w:rsidRPr="007956C5">
              <w:rPr>
                <w:lang w:val="el-GR"/>
              </w:rPr>
              <w:t>ασικών θεμάτων της ενότητας</w:t>
            </w:r>
            <w:r w:rsidRPr="007956C5">
              <w:rPr>
                <w:lang w:val="el-GR"/>
              </w:rPr>
              <w:t xml:space="preserve"> από τις Ομάδες των μαθητών</w:t>
            </w:r>
            <w:r w:rsidR="009713A4">
              <w:rPr>
                <w:lang w:val="el-GR"/>
              </w:rPr>
              <w:t xml:space="preserve"> </w:t>
            </w:r>
            <w:r w:rsidR="00970DA2">
              <w:rPr>
                <w:b/>
                <w:lang w:val="el-GR"/>
              </w:rPr>
              <w:t>(30</w:t>
            </w:r>
            <w:r w:rsidR="009713A4" w:rsidRPr="004138E3">
              <w:rPr>
                <w:b/>
                <w:lang w:val="el-GR"/>
              </w:rPr>
              <w:t xml:space="preserve"> λεπτά)</w:t>
            </w:r>
            <w:r w:rsidRPr="004138E3">
              <w:rPr>
                <w:b/>
                <w:lang w:val="el-GR"/>
              </w:rPr>
              <w:t>:</w:t>
            </w:r>
          </w:p>
          <w:p w14:paraId="4094E8DA" w14:textId="45BF676B" w:rsidR="00BA1584" w:rsidRDefault="006910F4" w:rsidP="00B721D1">
            <w:pPr>
              <w:pStyle w:val="aa"/>
              <w:rPr>
                <w:lang w:val="el-GR"/>
              </w:rPr>
            </w:pPr>
            <w:r w:rsidRPr="00B721D1">
              <w:rPr>
                <w:b/>
                <w:lang w:val="el-GR"/>
              </w:rPr>
              <w:t>Α.</w:t>
            </w:r>
            <w:r>
              <w:rPr>
                <w:lang w:val="el-GR"/>
              </w:rPr>
              <w:t xml:space="preserve">  </w:t>
            </w:r>
            <w:r w:rsidR="00080CC7">
              <w:rPr>
                <w:lang w:val="el-GR"/>
              </w:rPr>
              <w:t>Τι γνωρίζετε για την</w:t>
            </w:r>
            <w:r w:rsidR="00080CC7" w:rsidRPr="00080CC7">
              <w:rPr>
                <w:lang w:val="el-GR"/>
              </w:rPr>
              <w:t xml:space="preserve"> </w:t>
            </w:r>
            <w:r w:rsidR="00080CC7" w:rsidRPr="0092667D">
              <w:rPr>
                <w:b/>
                <w:lang w:val="el-GR"/>
              </w:rPr>
              <w:t xml:space="preserve">ελληνική διοίκηση της </w:t>
            </w:r>
            <w:proofErr w:type="spellStart"/>
            <w:r w:rsidR="00080CC7" w:rsidRPr="0092667D">
              <w:rPr>
                <w:b/>
                <w:lang w:val="el-GR"/>
              </w:rPr>
              <w:t>Μικράς</w:t>
            </w:r>
            <w:proofErr w:type="spellEnd"/>
            <w:r w:rsidR="00080CC7" w:rsidRPr="0092667D">
              <w:rPr>
                <w:b/>
                <w:lang w:val="el-GR"/>
              </w:rPr>
              <w:t xml:space="preserve"> Ασίας</w:t>
            </w:r>
            <w:r w:rsidR="00080CC7" w:rsidRPr="00080CC7">
              <w:rPr>
                <w:lang w:val="el-GR"/>
              </w:rPr>
              <w:t xml:space="preserve"> με</w:t>
            </w:r>
            <w:r w:rsidR="00080CC7">
              <w:rPr>
                <w:lang w:val="el-GR"/>
              </w:rPr>
              <w:t>τά</w:t>
            </w:r>
            <w:r w:rsidR="00080CC7" w:rsidRPr="00080CC7">
              <w:rPr>
                <w:lang w:val="el-GR"/>
              </w:rPr>
              <w:t xml:space="preserve"> την απόβαση του ελληνικού στρατού στη Σμύρνη</w:t>
            </w:r>
            <w:r w:rsidR="0092667D">
              <w:rPr>
                <w:lang w:val="el-GR"/>
              </w:rPr>
              <w:t xml:space="preserve"> (2 </w:t>
            </w:r>
            <w:r w:rsidR="007956C5">
              <w:rPr>
                <w:lang w:val="el-GR"/>
              </w:rPr>
              <w:t>Μαΐου</w:t>
            </w:r>
            <w:r w:rsidR="0092667D">
              <w:rPr>
                <w:lang w:val="el-GR"/>
              </w:rPr>
              <w:t xml:space="preserve"> 1919); Ποιος ορίστηκε επικεφαλής και </w:t>
            </w:r>
            <w:r w:rsidR="00080CC7">
              <w:rPr>
                <w:lang w:val="el-GR"/>
              </w:rPr>
              <w:t>ποι</w:t>
            </w:r>
            <w:r w:rsidR="00080CC7" w:rsidRPr="00080CC7">
              <w:rPr>
                <w:lang w:val="el-GR"/>
              </w:rPr>
              <w:t xml:space="preserve">α πολιτική </w:t>
            </w:r>
            <w:r w:rsidR="00080CC7">
              <w:rPr>
                <w:lang w:val="el-GR"/>
              </w:rPr>
              <w:t>εφάρμοσε προς τις διάφορες εθνότητες της Σμύρνης</w:t>
            </w:r>
            <w:r w:rsidR="0092667D">
              <w:rPr>
                <w:lang w:val="el-GR"/>
              </w:rPr>
              <w:t>;</w:t>
            </w:r>
            <w:r w:rsidR="00080CC7" w:rsidRPr="00080CC7">
              <w:rPr>
                <w:lang w:val="el-GR"/>
              </w:rPr>
              <w:t xml:space="preserve"> </w:t>
            </w:r>
          </w:p>
          <w:p w14:paraId="122D6DF8" w14:textId="2BB5C804" w:rsidR="004D5370" w:rsidRDefault="004D5370" w:rsidP="00B721D1">
            <w:pPr>
              <w:pStyle w:val="aa"/>
              <w:rPr>
                <w:b/>
                <w:lang w:val="el-GR"/>
              </w:rPr>
            </w:pPr>
            <w:r w:rsidRPr="0092667D">
              <w:rPr>
                <w:b/>
                <w:lang w:val="el-GR"/>
              </w:rPr>
              <w:t>(1</w:t>
            </w:r>
            <w:r w:rsidRPr="0092667D">
              <w:rPr>
                <w:b/>
                <w:vertAlign w:val="superscript"/>
                <w:lang w:val="el-GR"/>
              </w:rPr>
              <w:t>η</w:t>
            </w:r>
            <w:r w:rsidRPr="0092667D">
              <w:rPr>
                <w:b/>
                <w:lang w:val="el-GR"/>
              </w:rPr>
              <w:t>Ομάδα).</w:t>
            </w:r>
          </w:p>
          <w:p w14:paraId="50428E06" w14:textId="77777777" w:rsidR="00E43B66" w:rsidRDefault="00E43B66" w:rsidP="00B721D1">
            <w:pPr>
              <w:pStyle w:val="aa"/>
              <w:rPr>
                <w:b/>
                <w:lang w:val="el-GR"/>
              </w:rPr>
            </w:pPr>
          </w:p>
          <w:p w14:paraId="06718BB6" w14:textId="7A4D2ABD" w:rsidR="00E43B66" w:rsidRPr="00DF671C" w:rsidRDefault="001A27BD" w:rsidP="00B721D1">
            <w:pPr>
              <w:pStyle w:val="aa"/>
              <w:rPr>
                <w:b/>
                <w:lang w:val="el-GR"/>
              </w:rPr>
            </w:pPr>
            <w:r w:rsidRPr="001A27BD">
              <w:rPr>
                <w:b/>
                <w:noProof/>
                <w:lang w:val="el-GR" w:eastAsia="el-GR"/>
              </w:rPr>
              <w:drawing>
                <wp:inline distT="0" distB="0" distL="0" distR="0" wp14:anchorId="40BBE27F" wp14:editId="025C82F5">
                  <wp:extent cx="2747434" cy="2247900"/>
                  <wp:effectExtent l="0" t="0" r="0" b="0"/>
                  <wp:docPr id="1" name="Εικόνα 1" descr="https://upload.wikimedia.org/wikipedia/commons/thumb/8/89/SMYRNA-2MAY-1919.jpg/220px-SMYRNA-2MAY-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9/SMYRNA-2MAY-1919.jpg/220px-SMYRNA-2MAY-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20" cy="22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0715B" w14:textId="77777777" w:rsidR="00F417E9" w:rsidRDefault="00F417E9" w:rsidP="00F417E9">
            <w:pPr>
              <w:spacing w:line="360" w:lineRule="auto"/>
              <w:rPr>
                <w:b/>
                <w:lang w:val="el-GR"/>
              </w:rPr>
            </w:pPr>
          </w:p>
          <w:p w14:paraId="631455F0" w14:textId="77777777" w:rsidR="005711B8" w:rsidRDefault="005711B8" w:rsidP="00F417E9">
            <w:pPr>
              <w:spacing w:line="360" w:lineRule="auto"/>
              <w:rPr>
                <w:b/>
                <w:lang w:val="el-GR"/>
              </w:rPr>
            </w:pPr>
          </w:p>
          <w:p w14:paraId="1E31D2C6" w14:textId="77777777" w:rsidR="005711B8" w:rsidRDefault="005711B8" w:rsidP="00F417E9">
            <w:pPr>
              <w:spacing w:line="360" w:lineRule="auto"/>
              <w:rPr>
                <w:b/>
                <w:lang w:val="el-GR"/>
              </w:rPr>
            </w:pPr>
          </w:p>
          <w:p w14:paraId="786FAFB2" w14:textId="77777777" w:rsidR="005711B8" w:rsidRDefault="005711B8" w:rsidP="00F417E9">
            <w:pPr>
              <w:spacing w:line="360" w:lineRule="auto"/>
              <w:rPr>
                <w:b/>
                <w:lang w:val="el-GR"/>
              </w:rPr>
            </w:pPr>
          </w:p>
          <w:p w14:paraId="6FB44196" w14:textId="77777777" w:rsidR="005711B8" w:rsidRPr="005711B8" w:rsidRDefault="005711B8" w:rsidP="00F417E9">
            <w:pPr>
              <w:spacing w:line="360" w:lineRule="auto"/>
              <w:rPr>
                <w:b/>
                <w:lang w:val="el-GR"/>
              </w:rPr>
            </w:pPr>
          </w:p>
          <w:p w14:paraId="73E080FB" w14:textId="23B3084E" w:rsidR="004D5370" w:rsidRDefault="006910F4" w:rsidP="00F417E9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Β. </w:t>
            </w:r>
            <w:r w:rsidRPr="00B721D1">
              <w:rPr>
                <w:lang w:val="el-GR"/>
              </w:rPr>
              <w:t>Σε ποιες επιχειρήσεις προχώρησε ο ελληνικός στρατός έως το καλοκαίρι του 1920</w:t>
            </w:r>
            <w:r w:rsidR="00B721D1" w:rsidRPr="00B721D1">
              <w:rPr>
                <w:lang w:val="el-GR"/>
              </w:rPr>
              <w:t xml:space="preserve"> μετά την απόβαση στη Σμύρνη</w:t>
            </w:r>
            <w:r w:rsidRPr="00B721D1">
              <w:rPr>
                <w:lang w:val="el-GR"/>
              </w:rPr>
              <w:t xml:space="preserve">; </w:t>
            </w:r>
            <w:r w:rsidR="00B721D1" w:rsidRPr="00B721D1">
              <w:rPr>
                <w:lang w:val="el-GR"/>
              </w:rPr>
              <w:t>Ποιος έδωσε την άδεια στον Βενιζέλο για  επέκταση</w:t>
            </w:r>
            <w:r w:rsidRPr="00B721D1">
              <w:rPr>
                <w:lang w:val="el-GR"/>
              </w:rPr>
              <w:t xml:space="preserve"> της ελληνικής ζώνης κατοχής</w:t>
            </w:r>
            <w:r w:rsidR="00B721D1" w:rsidRPr="00B721D1">
              <w:rPr>
                <w:lang w:val="el-GR"/>
              </w:rPr>
              <w:t>;</w:t>
            </w:r>
            <w:r w:rsidR="00B721D1">
              <w:rPr>
                <w:lang w:val="el-GR"/>
              </w:rPr>
              <w:t xml:space="preserve"> </w:t>
            </w:r>
            <w:r w:rsidRPr="00B721D1">
              <w:rPr>
                <w:lang w:val="el-GR"/>
              </w:rPr>
              <w:t>Η συ</w:t>
            </w:r>
            <w:r w:rsidR="00B721D1" w:rsidRPr="00B721D1">
              <w:rPr>
                <w:lang w:val="el-GR"/>
              </w:rPr>
              <w:t>νθήκη</w:t>
            </w:r>
            <w:r w:rsidRPr="00B721D1">
              <w:rPr>
                <w:lang w:val="el-GR"/>
              </w:rPr>
              <w:t xml:space="preserve"> των Σεβρών </w:t>
            </w:r>
            <w:r w:rsidR="00B721D1" w:rsidRPr="00B721D1">
              <w:rPr>
                <w:lang w:val="el-GR"/>
              </w:rPr>
              <w:t xml:space="preserve">έγινε δεκτή </w:t>
            </w:r>
            <w:r w:rsidRPr="00B721D1">
              <w:rPr>
                <w:lang w:val="el-GR"/>
              </w:rPr>
              <w:t>από το τουρκικό κίνημα αντίστασης</w:t>
            </w:r>
            <w:r w:rsidR="00B721D1" w:rsidRPr="00B721D1">
              <w:rPr>
                <w:lang w:val="el-GR"/>
              </w:rPr>
              <w:t xml:space="preserve"> του Κεμάλ;</w:t>
            </w:r>
            <w:r w:rsidRPr="00B721D1">
              <w:rPr>
                <w:lang w:val="el-GR"/>
              </w:rPr>
              <w:t xml:space="preserve"> Οι ελληνικές επιτυχίες </w:t>
            </w:r>
            <w:r w:rsidR="00B721D1" w:rsidRPr="00B721D1">
              <w:rPr>
                <w:lang w:val="el-GR"/>
              </w:rPr>
              <w:t xml:space="preserve">ποιον </w:t>
            </w:r>
            <w:r w:rsidRPr="00B721D1">
              <w:rPr>
                <w:lang w:val="el-GR"/>
              </w:rPr>
              <w:t>διευκόλυν</w:t>
            </w:r>
            <w:r w:rsidR="00B721D1" w:rsidRPr="00B721D1">
              <w:rPr>
                <w:lang w:val="el-GR"/>
              </w:rPr>
              <w:t>αν</w:t>
            </w:r>
            <w:r w:rsidR="003B3B9B">
              <w:rPr>
                <w:lang w:val="el-GR"/>
              </w:rPr>
              <w:t xml:space="preserve"> τελικά</w:t>
            </w:r>
            <w:r w:rsidR="00B721D1" w:rsidRPr="00B721D1">
              <w:rPr>
                <w:lang w:val="el-GR"/>
              </w:rPr>
              <w:t>;</w:t>
            </w:r>
            <w:r w:rsidRPr="006910F4">
              <w:rPr>
                <w:b/>
                <w:lang w:val="el-GR"/>
              </w:rPr>
              <w:t xml:space="preserve"> </w:t>
            </w:r>
            <w:r w:rsidR="004D5370" w:rsidRPr="0092667D">
              <w:rPr>
                <w:b/>
                <w:lang w:val="el-GR"/>
              </w:rPr>
              <w:t>(2</w:t>
            </w:r>
            <w:r w:rsidR="004D5370" w:rsidRPr="0092667D">
              <w:rPr>
                <w:b/>
                <w:vertAlign w:val="superscript"/>
                <w:lang w:val="el-GR"/>
              </w:rPr>
              <w:t>η</w:t>
            </w:r>
            <w:r w:rsidR="004D5370" w:rsidRPr="0092667D">
              <w:rPr>
                <w:b/>
                <w:lang w:val="el-GR"/>
              </w:rPr>
              <w:t xml:space="preserve"> Ομάδα)</w:t>
            </w:r>
          </w:p>
          <w:p w14:paraId="5C63827D" w14:textId="77777777" w:rsidR="004638D7" w:rsidRDefault="004638D7" w:rsidP="00F417E9">
            <w:pPr>
              <w:spacing w:line="360" w:lineRule="auto"/>
              <w:rPr>
                <w:b/>
                <w:lang w:val="el-GR"/>
              </w:rPr>
            </w:pPr>
            <w:r w:rsidRPr="004638D7">
              <w:rPr>
                <w:b/>
                <w:noProof/>
                <w:lang w:val="el-GR" w:eastAsia="el-GR"/>
              </w:rPr>
              <w:lastRenderedPageBreak/>
              <w:drawing>
                <wp:inline distT="0" distB="0" distL="0" distR="0" wp14:anchorId="3A41BF45" wp14:editId="667009B5">
                  <wp:extent cx="3297334" cy="3133725"/>
                  <wp:effectExtent l="0" t="0" r="0" b="0"/>
                  <wp:docPr id="10" name="Εικόνα 10" descr="1. Λ. Κογεβίνας, To θωρηκτό «Αβέρωφ» στην Κωνσταντινούπολη το φθινόπωρο του 191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. Λ. Κογεβίνας, To θωρηκτό «Αβέρωφ» στην Κωνσταντινούπολη το φθινόπωρο του 191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993" cy="313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D2B16" w14:textId="226A8D03" w:rsidR="000D35B1" w:rsidRPr="007C33E9" w:rsidRDefault="004638D7" w:rsidP="00F417E9">
            <w:pPr>
              <w:spacing w:line="360" w:lineRule="auto"/>
              <w:rPr>
                <w:b/>
                <w:sz w:val="20"/>
                <w:szCs w:val="20"/>
                <w:lang w:val="el-GR"/>
              </w:rPr>
            </w:pPr>
            <w:r w:rsidRPr="007C33E9">
              <w:rPr>
                <w:b/>
                <w:sz w:val="20"/>
                <w:szCs w:val="20"/>
                <w:lang w:val="el-GR"/>
              </w:rPr>
              <w:t xml:space="preserve"> Λ. </w:t>
            </w:r>
            <w:proofErr w:type="spellStart"/>
            <w:r w:rsidRPr="007C33E9">
              <w:rPr>
                <w:b/>
                <w:sz w:val="20"/>
                <w:szCs w:val="20"/>
                <w:lang w:val="el-GR"/>
              </w:rPr>
              <w:t>Κογεβίνας</w:t>
            </w:r>
            <w:proofErr w:type="spellEnd"/>
            <w:r w:rsidRPr="007C33E9">
              <w:rPr>
                <w:b/>
                <w:sz w:val="20"/>
                <w:szCs w:val="20"/>
                <w:lang w:val="el-GR"/>
              </w:rPr>
              <w:t xml:space="preserve">, </w:t>
            </w:r>
            <w:proofErr w:type="spellStart"/>
            <w:r w:rsidRPr="007C33E9">
              <w:rPr>
                <w:b/>
                <w:sz w:val="20"/>
                <w:szCs w:val="20"/>
                <w:lang w:val="el-GR"/>
              </w:rPr>
              <w:t>To</w:t>
            </w:r>
            <w:proofErr w:type="spellEnd"/>
            <w:r w:rsidRPr="007C33E9">
              <w:rPr>
                <w:b/>
                <w:sz w:val="20"/>
                <w:szCs w:val="20"/>
                <w:lang w:val="el-GR"/>
              </w:rPr>
              <w:t xml:space="preserve"> θωρηκτό «Αβέρωφ» στην Κωνστα</w:t>
            </w:r>
            <w:r w:rsidR="00573BC7" w:rsidRPr="007C33E9">
              <w:rPr>
                <w:b/>
                <w:sz w:val="20"/>
                <w:szCs w:val="20"/>
                <w:lang w:val="el-GR"/>
              </w:rPr>
              <w:t>ντινούπολη το φθινόπωρο του 1918</w:t>
            </w:r>
            <w:r w:rsidRPr="007C33E9">
              <w:rPr>
                <w:b/>
                <w:sz w:val="20"/>
                <w:szCs w:val="20"/>
                <w:lang w:val="el-GR"/>
              </w:rPr>
              <w:t>.</w:t>
            </w:r>
          </w:p>
          <w:p w14:paraId="727BE9F0" w14:textId="496E6EB5" w:rsidR="00087B54" w:rsidRPr="00087B54" w:rsidRDefault="00087B54" w:rsidP="00087B54">
            <w:pPr>
              <w:spacing w:line="360" w:lineRule="auto"/>
              <w:rPr>
                <w:b/>
                <w:lang w:val="el-GR"/>
              </w:rPr>
            </w:pPr>
            <w:r w:rsidRPr="00087B54">
              <w:rPr>
                <w:b/>
                <w:noProof/>
                <w:lang w:val="el-GR" w:eastAsia="el-GR"/>
              </w:rPr>
              <w:drawing>
                <wp:inline distT="0" distB="0" distL="0" distR="0" wp14:anchorId="0A016492" wp14:editId="5D4D9294">
                  <wp:extent cx="3463038" cy="2505075"/>
                  <wp:effectExtent l="0" t="0" r="4445" b="0"/>
                  <wp:docPr id="9" name="Εικόνα 9" descr="C:\Users\USER\Desktop\ΙΣΤΟΡΙΑ ΕΝΟΤ. 38, (26-2-2025)\19de00ca-3beb-4aa2-9e7b-4d3b797900a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ΙΣΤΟΡΙΑ ΕΝΟΤ. 38, (26-2-2025)\19de00ca-3beb-4aa2-9e7b-4d3b797900a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71" cy="251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77508" w14:textId="77777777" w:rsidR="00B66715" w:rsidRDefault="00B66715" w:rsidP="00F417E9">
            <w:pPr>
              <w:spacing w:line="360" w:lineRule="auto"/>
              <w:rPr>
                <w:b/>
                <w:lang w:val="el-GR"/>
              </w:rPr>
            </w:pPr>
          </w:p>
          <w:p w14:paraId="3F218940" w14:textId="77777777" w:rsidR="00B66715" w:rsidRDefault="00B66715" w:rsidP="00F417E9">
            <w:pPr>
              <w:spacing w:line="360" w:lineRule="auto"/>
              <w:rPr>
                <w:b/>
                <w:lang w:val="el-GR"/>
              </w:rPr>
            </w:pPr>
          </w:p>
          <w:p w14:paraId="049B31D2" w14:textId="77777777" w:rsidR="00B66715" w:rsidRDefault="00B66715" w:rsidP="00F417E9">
            <w:pPr>
              <w:spacing w:line="360" w:lineRule="auto"/>
              <w:rPr>
                <w:b/>
                <w:lang w:val="el-GR"/>
              </w:rPr>
            </w:pPr>
          </w:p>
          <w:p w14:paraId="50D30966" w14:textId="77777777" w:rsidR="00B66715" w:rsidRDefault="00B66715" w:rsidP="00F417E9">
            <w:pPr>
              <w:spacing w:line="360" w:lineRule="auto"/>
              <w:rPr>
                <w:b/>
                <w:lang w:val="el-GR"/>
              </w:rPr>
            </w:pPr>
          </w:p>
          <w:p w14:paraId="06C11EBD" w14:textId="465B4757" w:rsidR="004D5370" w:rsidRDefault="00BA1584" w:rsidP="0016096A">
            <w:pPr>
              <w:spacing w:line="360" w:lineRule="auto"/>
              <w:rPr>
                <w:b/>
                <w:lang w:val="el-GR"/>
              </w:rPr>
            </w:pPr>
            <w:r w:rsidRPr="00BA1584">
              <w:rPr>
                <w:b/>
                <w:lang w:val="el-GR"/>
              </w:rPr>
              <w:t>Γ.</w:t>
            </w:r>
            <w:r>
              <w:rPr>
                <w:lang w:val="el-GR"/>
              </w:rPr>
              <w:t xml:space="preserve"> Τι γνωρίζετε για τις </w:t>
            </w:r>
            <w:r w:rsidRPr="00BA1584">
              <w:rPr>
                <w:lang w:val="el-GR"/>
              </w:rPr>
              <w:t xml:space="preserve">εκλογές του 1920 και </w:t>
            </w:r>
            <w:r>
              <w:rPr>
                <w:lang w:val="el-GR"/>
              </w:rPr>
              <w:t>τ</w:t>
            </w:r>
            <w:r w:rsidRPr="00BA1584">
              <w:rPr>
                <w:lang w:val="el-GR"/>
              </w:rPr>
              <w:t>η</w:t>
            </w:r>
            <w:r>
              <w:rPr>
                <w:lang w:val="el-GR"/>
              </w:rPr>
              <w:t>ν</w:t>
            </w:r>
            <w:r w:rsidRPr="00BA1584">
              <w:rPr>
                <w:lang w:val="el-GR"/>
              </w:rPr>
              <w:t xml:space="preserve"> επάνοδο του </w:t>
            </w:r>
            <w:r>
              <w:rPr>
                <w:lang w:val="el-GR"/>
              </w:rPr>
              <w:t xml:space="preserve">βασιλιά </w:t>
            </w:r>
            <w:r w:rsidRPr="00BA1584">
              <w:rPr>
                <w:lang w:val="el-GR"/>
              </w:rPr>
              <w:t xml:space="preserve">Κωνσταντίνου μετά την υπογραφή της συνθήκης των Σεβρών </w:t>
            </w:r>
            <w:r>
              <w:rPr>
                <w:lang w:val="el-GR"/>
              </w:rPr>
              <w:t>και τη</w:t>
            </w:r>
            <w:r w:rsidRPr="00BA1584">
              <w:rPr>
                <w:lang w:val="el-GR"/>
              </w:rPr>
              <w:t xml:space="preserve"> δολοφονική επίθεση </w:t>
            </w:r>
            <w:r>
              <w:rPr>
                <w:lang w:val="el-GR"/>
              </w:rPr>
              <w:t xml:space="preserve">που δέχτηκε στο Παρίσι ο Βενιζέλος </w:t>
            </w:r>
            <w:r w:rsidRPr="00BA1584">
              <w:rPr>
                <w:lang w:val="el-GR"/>
              </w:rPr>
              <w:t>από Έλληνες</w:t>
            </w:r>
            <w:r>
              <w:rPr>
                <w:lang w:val="el-GR"/>
              </w:rPr>
              <w:t xml:space="preserve"> φιλοβασιλικούς; Τις κέρδισε;</w:t>
            </w:r>
            <w:r w:rsidR="004D5370" w:rsidRPr="004D5370">
              <w:rPr>
                <w:lang w:val="el-GR"/>
              </w:rPr>
              <w:t xml:space="preserve"> </w:t>
            </w:r>
            <w:r w:rsidR="004D5370" w:rsidRPr="00BA1584">
              <w:rPr>
                <w:b/>
                <w:lang w:val="el-GR"/>
              </w:rPr>
              <w:t>(3</w:t>
            </w:r>
            <w:r w:rsidR="004D5370" w:rsidRPr="00BA1584">
              <w:rPr>
                <w:b/>
                <w:vertAlign w:val="superscript"/>
                <w:lang w:val="el-GR"/>
              </w:rPr>
              <w:t>η</w:t>
            </w:r>
            <w:r w:rsidR="004D5370" w:rsidRPr="00BA1584">
              <w:rPr>
                <w:b/>
                <w:lang w:val="el-GR"/>
              </w:rPr>
              <w:t>Ομάδα)</w:t>
            </w:r>
          </w:p>
          <w:p w14:paraId="7E97A53A" w14:textId="17B8EB91" w:rsidR="00596024" w:rsidRDefault="0016096A" w:rsidP="00BA1584">
            <w:pPr>
              <w:spacing w:line="360" w:lineRule="auto"/>
              <w:ind w:left="720"/>
              <w:rPr>
                <w:b/>
                <w:lang w:val="el-GR"/>
              </w:rPr>
            </w:pPr>
            <w:r>
              <w:rPr>
                <w:b/>
                <w:noProof/>
                <w:lang w:val="el-GR" w:eastAsia="el-GR"/>
              </w:rPr>
              <w:lastRenderedPageBreak/>
              <w:drawing>
                <wp:inline distT="0" distB="0" distL="0" distR="0" wp14:anchorId="6A439B23" wp14:editId="0653AA8B">
                  <wp:extent cx="4705350" cy="3412225"/>
                  <wp:effectExtent l="0" t="0" r="0" b="0"/>
                  <wp:docPr id="3" name="Εικόνα 3" descr="C:\Users\USER\Desktop\ΙΣΤΟΡΙΑ ΕΝΟΤ. 38, (26-2-2025)\g ven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ΙΣΤΟΡΙΑ ΕΝΟΤ. 38, (26-2-2025)\g ven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815" cy="341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11873" w14:textId="77777777" w:rsidR="00993CCA" w:rsidRPr="00BA1584" w:rsidRDefault="00993CCA" w:rsidP="00BA1584">
            <w:pPr>
              <w:spacing w:line="360" w:lineRule="auto"/>
              <w:ind w:left="720"/>
              <w:rPr>
                <w:b/>
                <w:lang w:val="el-GR"/>
              </w:rPr>
            </w:pPr>
          </w:p>
          <w:p w14:paraId="49F9D0E0" w14:textId="17845667" w:rsidR="005E739A" w:rsidRPr="005E739A" w:rsidRDefault="005E739A" w:rsidP="005E739A">
            <w:pPr>
              <w:spacing w:line="360" w:lineRule="auto"/>
              <w:ind w:left="720"/>
              <w:rPr>
                <w:b/>
                <w:lang w:val="el-GR"/>
              </w:rPr>
            </w:pPr>
            <w:r w:rsidRPr="005E739A">
              <w:rPr>
                <w:b/>
                <w:noProof/>
                <w:lang w:val="el-GR" w:eastAsia="el-GR"/>
              </w:rPr>
              <w:drawing>
                <wp:inline distT="0" distB="0" distL="0" distR="0" wp14:anchorId="623C9A56" wp14:editId="0DB2FAFC">
                  <wp:extent cx="4543425" cy="3125819"/>
                  <wp:effectExtent l="0" t="0" r="0" b="0"/>
                  <wp:docPr id="8" name="Εικόνα 8" descr="C:\Users\USER\Desktop\ΙΣΤΟΡΙΑ ΕΝΟΤ. 38, (26-2-2025)\Δ. ΓΟΥΝΑΡΗΣ-ΒΑΣΙΛΙΑΣ ΚΩΝΣΤΑΝΤΙΝ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ΙΣΤΟΡΙΑ ΕΝΟΤ. 38, (26-2-2025)\Δ. ΓΟΥΝΑΡΗΣ-ΒΑΣΙΛΙΑΣ ΚΩΝΣΤΑΝΤΙΝΟ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358" cy="312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04CB3" w14:textId="77777777" w:rsidR="0016096A" w:rsidRDefault="0016096A" w:rsidP="00BA1584">
            <w:pPr>
              <w:spacing w:line="360" w:lineRule="auto"/>
              <w:ind w:left="720"/>
              <w:rPr>
                <w:b/>
                <w:lang w:val="el-GR"/>
              </w:rPr>
            </w:pPr>
          </w:p>
          <w:p w14:paraId="664B341C" w14:textId="77777777" w:rsidR="0016096A" w:rsidRDefault="0016096A" w:rsidP="00BA1584">
            <w:pPr>
              <w:spacing w:line="360" w:lineRule="auto"/>
              <w:ind w:left="720"/>
              <w:rPr>
                <w:b/>
                <w:lang w:val="el-GR"/>
              </w:rPr>
            </w:pPr>
          </w:p>
          <w:p w14:paraId="6E1B0224" w14:textId="77777777" w:rsidR="0016096A" w:rsidRDefault="0016096A" w:rsidP="00BA1584">
            <w:pPr>
              <w:spacing w:line="360" w:lineRule="auto"/>
              <w:ind w:left="720"/>
              <w:rPr>
                <w:b/>
                <w:lang w:val="el-GR"/>
              </w:rPr>
            </w:pPr>
          </w:p>
          <w:p w14:paraId="7FE65F11" w14:textId="59700007" w:rsidR="00DD61F4" w:rsidRDefault="00BA1584" w:rsidP="00B71A17">
            <w:pPr>
              <w:spacing w:line="360" w:lineRule="auto"/>
              <w:rPr>
                <w:lang w:val="el-GR"/>
              </w:rPr>
            </w:pPr>
            <w:r w:rsidRPr="00BA1584">
              <w:rPr>
                <w:b/>
                <w:lang w:val="el-GR"/>
              </w:rPr>
              <w:t>Δ.</w:t>
            </w:r>
            <w:r>
              <w:rPr>
                <w:lang w:val="el-GR"/>
              </w:rPr>
              <w:t xml:space="preserve"> </w:t>
            </w:r>
            <w:r w:rsidR="00DD61F4">
              <w:rPr>
                <w:lang w:val="el-GR"/>
              </w:rPr>
              <w:t>Ποιες δ</w:t>
            </w:r>
            <w:r w:rsidRPr="00BA1584">
              <w:rPr>
                <w:lang w:val="el-GR"/>
              </w:rPr>
              <w:t xml:space="preserve">ιπλωματικές επιτυχίες </w:t>
            </w:r>
            <w:r w:rsidR="00DD61F4">
              <w:rPr>
                <w:lang w:val="el-GR"/>
              </w:rPr>
              <w:t xml:space="preserve">είχε </w:t>
            </w:r>
            <w:r w:rsidRPr="00BA1584">
              <w:rPr>
                <w:lang w:val="el-GR"/>
              </w:rPr>
              <w:t>το τουρκικ</w:t>
            </w:r>
            <w:r w:rsidR="00DD61F4">
              <w:rPr>
                <w:lang w:val="el-GR"/>
              </w:rPr>
              <w:t>ό κί</w:t>
            </w:r>
            <w:r w:rsidRPr="00BA1584">
              <w:rPr>
                <w:lang w:val="el-GR"/>
              </w:rPr>
              <w:t>ν</w:t>
            </w:r>
            <w:r w:rsidR="00DD61F4">
              <w:rPr>
                <w:lang w:val="el-GR"/>
              </w:rPr>
              <w:t>η</w:t>
            </w:r>
            <w:r w:rsidRPr="00BA1584">
              <w:rPr>
                <w:lang w:val="el-GR"/>
              </w:rPr>
              <w:t xml:space="preserve">μα αντίστασης </w:t>
            </w:r>
            <w:r w:rsidR="00DD61F4">
              <w:rPr>
                <w:lang w:val="el-GR"/>
              </w:rPr>
              <w:t xml:space="preserve">του Κεμάλ , που του έδωσαν το πλεονέκτημα στην ελληνοτουρκική σύγκρουση και ποιες αιτίες οδήγησαν τους </w:t>
            </w:r>
            <w:r w:rsidR="00DD61F4">
              <w:rPr>
                <w:lang w:val="el-GR"/>
              </w:rPr>
              <w:lastRenderedPageBreak/>
              <w:t xml:space="preserve">Έλληνες σε οικονομική και διπλωματική απομόνωση; </w:t>
            </w:r>
            <w:r w:rsidR="002D74D8">
              <w:rPr>
                <w:lang w:val="el-GR"/>
              </w:rPr>
              <w:t>Πώς ε</w:t>
            </w:r>
            <w:r w:rsidR="00DD61F4">
              <w:rPr>
                <w:lang w:val="el-GR"/>
              </w:rPr>
              <w:t>πηρ</w:t>
            </w:r>
            <w:r w:rsidR="002D74D8">
              <w:rPr>
                <w:lang w:val="el-GR"/>
              </w:rPr>
              <w:t>εά</w:t>
            </w:r>
            <w:r w:rsidR="00DD61F4">
              <w:rPr>
                <w:lang w:val="el-GR"/>
              </w:rPr>
              <w:t>σ</w:t>
            </w:r>
            <w:r w:rsidR="002D74D8">
              <w:rPr>
                <w:lang w:val="el-GR"/>
              </w:rPr>
              <w:t xml:space="preserve">τηκε </w:t>
            </w:r>
            <w:r w:rsidR="00DD61F4">
              <w:rPr>
                <w:lang w:val="el-GR"/>
              </w:rPr>
              <w:t>η εξέλιξ</w:t>
            </w:r>
            <w:r w:rsidR="002D74D8">
              <w:rPr>
                <w:lang w:val="el-GR"/>
              </w:rPr>
              <w:t>η της μικρασιατικής εκστρατείας</w:t>
            </w:r>
            <w:r w:rsidR="00DD61F4">
              <w:rPr>
                <w:lang w:val="el-GR"/>
              </w:rPr>
              <w:t>;</w:t>
            </w:r>
          </w:p>
          <w:p w14:paraId="39C4EE62" w14:textId="2DEAC410" w:rsidR="004D5370" w:rsidRDefault="004D5370" w:rsidP="00B71A17">
            <w:pPr>
              <w:tabs>
                <w:tab w:val="left" w:pos="7920"/>
              </w:tabs>
              <w:spacing w:line="360" w:lineRule="auto"/>
              <w:ind w:left="720"/>
              <w:rPr>
                <w:b/>
                <w:lang w:val="el-GR"/>
              </w:rPr>
            </w:pPr>
            <w:r w:rsidRPr="00BA1584">
              <w:rPr>
                <w:b/>
                <w:lang w:val="el-GR"/>
              </w:rPr>
              <w:t>(4</w:t>
            </w:r>
            <w:r w:rsidRPr="00BA1584">
              <w:rPr>
                <w:b/>
                <w:vertAlign w:val="superscript"/>
                <w:lang w:val="el-GR"/>
              </w:rPr>
              <w:t>η</w:t>
            </w:r>
            <w:r w:rsidRPr="00BA1584">
              <w:rPr>
                <w:b/>
                <w:lang w:val="el-GR"/>
              </w:rPr>
              <w:t xml:space="preserve"> Ομάδα)</w:t>
            </w:r>
            <w:r w:rsidR="00B71A17">
              <w:rPr>
                <w:b/>
                <w:lang w:val="el-GR"/>
              </w:rPr>
              <w:tab/>
            </w:r>
          </w:p>
          <w:p w14:paraId="3140C462" w14:textId="44C3B8AD" w:rsidR="0016096A" w:rsidRDefault="00D30E08" w:rsidP="00BA1584">
            <w:pPr>
              <w:spacing w:line="360" w:lineRule="auto"/>
              <w:ind w:left="720"/>
              <w:rPr>
                <w:b/>
                <w:lang w:val="el-GR"/>
              </w:rPr>
            </w:pPr>
            <w:r w:rsidRPr="00D30E08">
              <w:rPr>
                <w:b/>
                <w:noProof/>
                <w:lang w:val="el-GR" w:eastAsia="el-GR"/>
              </w:rPr>
              <w:drawing>
                <wp:inline distT="0" distB="0" distL="0" distR="0" wp14:anchorId="4D56C2B9" wp14:editId="5A8894DD">
                  <wp:extent cx="4400550" cy="2381250"/>
                  <wp:effectExtent l="0" t="0" r="0" b="0"/>
                  <wp:docPr id="11" name="Εικόνα 11" descr="https://www.pontosnews.gr/wp-content/uploads/2015/03/soviet-tu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pontosnews.gr/wp-content/uploads/2015/03/soviet-tu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54AEB" w14:textId="6C98831D" w:rsidR="002D19E2" w:rsidRDefault="002D19E2" w:rsidP="002D19E2">
            <w:pPr>
              <w:spacing w:line="360" w:lineRule="auto"/>
              <w:ind w:left="720"/>
              <w:rPr>
                <w:b/>
                <w:lang w:val="el-GR"/>
              </w:rPr>
            </w:pPr>
            <w:r>
              <w:rPr>
                <w:b/>
                <w:lang w:val="el-GR"/>
              </w:rPr>
              <w:t>Η Ρωσία προχώρησε σε συμφωνία με τον Κεμάλ το 1921.</w:t>
            </w:r>
          </w:p>
          <w:p w14:paraId="19E98426" w14:textId="77777777" w:rsidR="002D19E2" w:rsidRDefault="002D19E2" w:rsidP="002D19E2">
            <w:pPr>
              <w:spacing w:line="360" w:lineRule="auto"/>
              <w:ind w:left="720"/>
              <w:rPr>
                <w:b/>
                <w:lang w:val="el-GR"/>
              </w:rPr>
            </w:pPr>
          </w:p>
          <w:p w14:paraId="6B3F9AE6" w14:textId="77777777" w:rsidR="002D19E2" w:rsidRDefault="002D19E2" w:rsidP="002D19E2">
            <w:pPr>
              <w:spacing w:line="360" w:lineRule="auto"/>
              <w:ind w:left="720"/>
              <w:rPr>
                <w:b/>
                <w:lang w:val="el-GR"/>
              </w:rPr>
            </w:pPr>
          </w:p>
          <w:p w14:paraId="31EAD537" w14:textId="769E1F8B" w:rsidR="002D19E2" w:rsidRDefault="002D19E2" w:rsidP="002D19E2">
            <w:pPr>
              <w:spacing w:line="360" w:lineRule="auto"/>
              <w:ind w:left="720"/>
              <w:rPr>
                <w:b/>
                <w:lang w:val="el-GR"/>
              </w:rPr>
            </w:pPr>
            <w:r w:rsidRPr="002D19E2">
              <w:rPr>
                <w:b/>
                <w:lang w:val="el-GR"/>
              </w:rPr>
              <w:t>Η στάση Βρεταν</w:t>
            </w:r>
            <w:r w:rsidR="00FF2E02">
              <w:rPr>
                <w:b/>
                <w:lang w:val="el-GR"/>
              </w:rPr>
              <w:t>ών, Γάλλων, Ιταλών και Ρώσω</w:t>
            </w:r>
            <w:r w:rsidRPr="002D19E2">
              <w:rPr>
                <w:b/>
                <w:lang w:val="el-GR"/>
              </w:rPr>
              <w:t>ν απέναντι στη μικρασιατική εκστρατεία</w:t>
            </w:r>
          </w:p>
          <w:p w14:paraId="2E18339A" w14:textId="6F15641D" w:rsidR="002D19E2" w:rsidRDefault="002D19E2" w:rsidP="002D19E2">
            <w:pPr>
              <w:spacing w:line="360" w:lineRule="auto"/>
              <w:jc w:val="both"/>
              <w:rPr>
                <w:lang w:val="el-GR"/>
              </w:rPr>
            </w:pPr>
            <w:r w:rsidRPr="002D19E2">
              <w:rPr>
                <w:lang w:val="el-GR"/>
              </w:rPr>
              <w:t>Η Ιταλία ήταν κάθετα αντίθε</w:t>
            </w:r>
            <w:r w:rsidR="00635788">
              <w:rPr>
                <w:lang w:val="el-GR"/>
              </w:rPr>
              <w:t>τ</w:t>
            </w:r>
            <w:r w:rsidRPr="002D19E2">
              <w:rPr>
                <w:lang w:val="el-GR"/>
              </w:rPr>
              <w:t>η στις διεκδικήσεις της Ελλάδας στη Μικρά Ασία, καθώς θεωρούσε τη χώρα μας ανταγωνιστική στην Ανατολική Μεσόγειο.</w:t>
            </w:r>
            <w:r w:rsidR="00C754EF">
              <w:rPr>
                <w:lang w:val="el-GR"/>
              </w:rPr>
              <w:t xml:space="preserve"> </w:t>
            </w:r>
            <w:r w:rsidRPr="002D19E2">
              <w:rPr>
                <w:lang w:val="el-GR"/>
              </w:rPr>
              <w:t>Έτσι επέτρεψε στον Κεμάλ να στρατολογεί άντρες και να συγκροτεί στρατιωτικές μονάδες στα εδάφη που κατείχε. Επίσης πρόσφερε καταφύγιο στις τουρκικές δυνάμεις που καταδιώκονταν από τον Ελληνικό Στρατό.</w:t>
            </w:r>
          </w:p>
          <w:p w14:paraId="1621B09D" w14:textId="18F55FD9" w:rsidR="000C332A" w:rsidRPr="002D19E2" w:rsidRDefault="000C332A" w:rsidP="002D19E2">
            <w:pPr>
              <w:spacing w:line="360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Εφημερίδα ΘΕΜΑ, άρθρο (απόσπασμα)</w:t>
            </w:r>
          </w:p>
          <w:p w14:paraId="1CBABBB8" w14:textId="77777777" w:rsidR="0016096A" w:rsidRPr="002D19E2" w:rsidRDefault="0016096A" w:rsidP="002D19E2">
            <w:pPr>
              <w:spacing w:line="360" w:lineRule="auto"/>
              <w:ind w:left="720"/>
              <w:jc w:val="both"/>
              <w:rPr>
                <w:lang w:val="el-GR"/>
              </w:rPr>
            </w:pPr>
          </w:p>
          <w:p w14:paraId="6B6462EE" w14:textId="77777777" w:rsidR="00F46CC1" w:rsidRDefault="00DD61F4" w:rsidP="003B3B9B">
            <w:pPr>
              <w:spacing w:line="360" w:lineRule="auto"/>
              <w:ind w:left="720"/>
              <w:rPr>
                <w:lang w:val="el-GR"/>
              </w:rPr>
            </w:pPr>
            <w:r w:rsidRPr="008914D7">
              <w:rPr>
                <w:b/>
                <w:lang w:val="el-GR"/>
              </w:rPr>
              <w:t>Ε.</w:t>
            </w:r>
            <w:r w:rsidRPr="008914D7">
              <w:rPr>
                <w:lang w:val="el-GR"/>
              </w:rPr>
              <w:t xml:space="preserve"> </w:t>
            </w:r>
            <w:r w:rsidR="004D5370" w:rsidRPr="008914D7">
              <w:rPr>
                <w:lang w:val="el-GR"/>
              </w:rPr>
              <w:t xml:space="preserve"> </w:t>
            </w:r>
            <w:r w:rsidR="00C17E01" w:rsidRPr="008914D7">
              <w:rPr>
                <w:lang w:val="el-GR"/>
              </w:rPr>
              <w:t>Η νέα φιλοβασιλική κυβέρνηση</w:t>
            </w:r>
            <w:r w:rsidR="003B3B9B" w:rsidRPr="008914D7">
              <w:rPr>
                <w:lang w:val="el-GR"/>
              </w:rPr>
              <w:t xml:space="preserve"> </w:t>
            </w:r>
            <w:r w:rsidR="008914D7" w:rsidRPr="008914D7">
              <w:rPr>
                <w:lang w:val="el-GR"/>
              </w:rPr>
              <w:t xml:space="preserve">του 1920 </w:t>
            </w:r>
            <w:r w:rsidR="003B3B9B" w:rsidRPr="008914D7">
              <w:rPr>
                <w:lang w:val="el-GR"/>
              </w:rPr>
              <w:t>τήρησε την προεκλογική της υπόσ</w:t>
            </w:r>
            <w:r w:rsidR="00C17E01" w:rsidRPr="008914D7">
              <w:rPr>
                <w:lang w:val="el-GR"/>
              </w:rPr>
              <w:t xml:space="preserve">χεση για  τερματισμό του πολέμου; </w:t>
            </w:r>
            <w:r w:rsidR="003B3B9B" w:rsidRPr="008914D7">
              <w:rPr>
                <w:lang w:val="el-GR"/>
              </w:rPr>
              <w:t xml:space="preserve"> Το καλοκαίρι του 1921, τα ελληνικά στρατεύματα </w:t>
            </w:r>
            <w:r w:rsidR="008914D7" w:rsidRPr="008914D7">
              <w:rPr>
                <w:lang w:val="el-GR"/>
              </w:rPr>
              <w:t>προ τα πού πραγματοποίησαν μεγάλη επίθεση, τι</w:t>
            </w:r>
            <w:r w:rsidR="003B3B9B" w:rsidRPr="008914D7">
              <w:rPr>
                <w:lang w:val="el-GR"/>
              </w:rPr>
              <w:t xml:space="preserve"> κόστ</w:t>
            </w:r>
            <w:r w:rsidR="008914D7" w:rsidRPr="008914D7">
              <w:rPr>
                <w:lang w:val="el-GR"/>
              </w:rPr>
              <w:t>ος είχε και σε ποια γραμμή</w:t>
            </w:r>
            <w:r w:rsidR="003B3B9B" w:rsidRPr="008914D7">
              <w:rPr>
                <w:lang w:val="el-GR"/>
              </w:rPr>
              <w:t xml:space="preserve"> παρέμεινε το μέτωπο </w:t>
            </w:r>
            <w:r w:rsidR="008914D7" w:rsidRPr="008914D7">
              <w:rPr>
                <w:lang w:val="el-GR"/>
              </w:rPr>
              <w:t>μέχρι τον Αύγουστο του 1922;</w:t>
            </w:r>
            <w:r w:rsidR="003C036B" w:rsidRPr="003C036B">
              <w:rPr>
                <w:lang w:val="el-GR"/>
              </w:rPr>
              <w:t xml:space="preserve"> </w:t>
            </w:r>
          </w:p>
          <w:p w14:paraId="1E53E2E6" w14:textId="77777777" w:rsidR="00104A43" w:rsidRDefault="00104A43" w:rsidP="008747BD">
            <w:pPr>
              <w:spacing w:line="360" w:lineRule="auto"/>
              <w:ind w:left="720"/>
              <w:jc w:val="right"/>
              <w:rPr>
                <w:lang w:val="el-GR"/>
              </w:rPr>
            </w:pPr>
          </w:p>
          <w:p w14:paraId="6784BB93" w14:textId="77777777" w:rsidR="00104A43" w:rsidRPr="009169E8" w:rsidRDefault="00104A43" w:rsidP="00104A43">
            <w:pPr>
              <w:spacing w:line="360" w:lineRule="auto"/>
              <w:ind w:left="720"/>
              <w:rPr>
                <w:b/>
                <w:lang w:val="el-GR"/>
              </w:rPr>
            </w:pPr>
            <w:r w:rsidRPr="009169E8">
              <w:rPr>
                <w:b/>
                <w:lang w:val="el-GR"/>
              </w:rPr>
              <w:t>Ο ελληνικός στρατός μετά την εκστρατεία στον ποταμό Σαγγάριο</w:t>
            </w:r>
          </w:p>
          <w:p w14:paraId="6F6D80AF" w14:textId="77777777" w:rsidR="00104A43" w:rsidRPr="00104A43" w:rsidRDefault="00104A43" w:rsidP="00104A43">
            <w:pPr>
              <w:spacing w:line="360" w:lineRule="auto"/>
              <w:rPr>
                <w:lang w:val="el-GR"/>
              </w:rPr>
            </w:pPr>
            <w:r w:rsidRPr="00104A43">
              <w:rPr>
                <w:lang w:val="el-GR"/>
              </w:rPr>
              <w:t xml:space="preserve">Υπολογίσθηκε ότι η πέραν του Σαγγάριου προσπάθεια είχε μειώσει κατά 50% τη μαχητική δύναμη της (ελληνικής) Στρατιάς! [...] Σε μέτωπο 700 χιλιομέτρων οι αμυντικές </w:t>
            </w:r>
            <w:r w:rsidRPr="00104A43">
              <w:rPr>
                <w:lang w:val="el-GR"/>
              </w:rPr>
              <w:lastRenderedPageBreak/>
              <w:t>δυνατότητες του καταπονημένου αυτού στρατού δεν παρείχαν καμία εμπιστοσύνη και μόνον η ρητορεία των ηγητόρων, διέβλεπε ελπίδες επιτυχίας στη συνέχιση του πολέμου.</w:t>
            </w:r>
          </w:p>
          <w:p w14:paraId="56EEA3D2" w14:textId="77777777" w:rsidR="00104A43" w:rsidRPr="00104A43" w:rsidRDefault="00104A43" w:rsidP="00104A43">
            <w:pPr>
              <w:spacing w:line="360" w:lineRule="auto"/>
              <w:ind w:left="720"/>
              <w:rPr>
                <w:lang w:val="el-GR"/>
              </w:rPr>
            </w:pPr>
            <w:r w:rsidRPr="00104A43">
              <w:rPr>
                <w:lang w:val="el-GR"/>
              </w:rPr>
              <w:t>Γ. Μαργαρίτης, «Οι πόλεμοι», Ιστορία της Ελλάδας του 20ού αιώνα,</w:t>
            </w:r>
          </w:p>
          <w:p w14:paraId="2D945F33" w14:textId="1C0F9F02" w:rsidR="00F46CC1" w:rsidRDefault="00104A43" w:rsidP="00104A43">
            <w:pPr>
              <w:spacing w:line="360" w:lineRule="auto"/>
              <w:ind w:left="720"/>
              <w:rPr>
                <w:lang w:val="el-GR"/>
              </w:rPr>
            </w:pPr>
            <w:proofErr w:type="spellStart"/>
            <w:r w:rsidRPr="00104A43">
              <w:rPr>
                <w:lang w:val="el-GR"/>
              </w:rPr>
              <w:t>Βιβλιόραμα</w:t>
            </w:r>
            <w:proofErr w:type="spellEnd"/>
            <w:r w:rsidRPr="00104A43">
              <w:rPr>
                <w:lang w:val="el-GR"/>
              </w:rPr>
              <w:t xml:space="preserve">, Αθήνα 2003, </w:t>
            </w:r>
            <w:proofErr w:type="spellStart"/>
            <w:r w:rsidRPr="00104A43">
              <w:rPr>
                <w:lang w:val="el-GR"/>
              </w:rPr>
              <w:t>τόμ</w:t>
            </w:r>
            <w:proofErr w:type="spellEnd"/>
            <w:r w:rsidRPr="00104A43">
              <w:rPr>
                <w:lang w:val="el-GR"/>
              </w:rPr>
              <w:t>. Α2, σ. 182.</w:t>
            </w:r>
          </w:p>
          <w:p w14:paraId="26CFEAA2" w14:textId="77777777" w:rsidR="00B32B38" w:rsidRDefault="00B32B38" w:rsidP="00104A43">
            <w:pPr>
              <w:spacing w:line="360" w:lineRule="auto"/>
              <w:ind w:left="720"/>
              <w:rPr>
                <w:lang w:val="el-GR"/>
              </w:rPr>
            </w:pPr>
          </w:p>
          <w:p w14:paraId="7FCF1A2F" w14:textId="5E884A39" w:rsidR="00F46CC1" w:rsidRDefault="00F46CC1" w:rsidP="003B3B9B">
            <w:pPr>
              <w:spacing w:line="360" w:lineRule="auto"/>
              <w:ind w:left="720"/>
              <w:rPr>
                <w:lang w:val="el-GR"/>
              </w:rPr>
            </w:pPr>
            <w:r w:rsidRPr="00F46CC1">
              <w:rPr>
                <w:lang w:val="el-GR"/>
              </w:rPr>
              <w:t xml:space="preserve">Ελληνικές δυνάμεις στην ενδοχώρα της </w:t>
            </w:r>
            <w:proofErr w:type="spellStart"/>
            <w:r w:rsidRPr="00F46CC1">
              <w:rPr>
                <w:lang w:val="el-GR"/>
              </w:rPr>
              <w:t>Μικράς</w:t>
            </w:r>
            <w:proofErr w:type="spellEnd"/>
            <w:r w:rsidRPr="00F46CC1">
              <w:rPr>
                <w:lang w:val="el-GR"/>
              </w:rPr>
              <w:t xml:space="preserve"> Ασίας (καλοκαίρι 1921).</w:t>
            </w:r>
          </w:p>
          <w:p w14:paraId="48BC08B2" w14:textId="0534257F" w:rsidR="003C036B" w:rsidRDefault="00F264F5" w:rsidP="00F46CC1">
            <w:pPr>
              <w:spacing w:line="360" w:lineRule="auto"/>
              <w:rPr>
                <w:lang w:val="el-GR"/>
              </w:rPr>
            </w:pPr>
            <w:r w:rsidRPr="00F264F5">
              <w:rPr>
                <w:noProof/>
                <w:lang w:val="el-GR" w:eastAsia="el-GR"/>
              </w:rPr>
              <w:drawing>
                <wp:inline distT="0" distB="0" distL="0" distR="0" wp14:anchorId="7EAEA70C" wp14:editId="691861DC">
                  <wp:extent cx="6934200" cy="2495550"/>
                  <wp:effectExtent l="0" t="0" r="0" b="0"/>
                  <wp:docPr id="6" name="Εικόνα 6" descr="στρατό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στρατό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ECF68" w14:textId="77777777" w:rsidR="00EC359E" w:rsidRDefault="00EC359E" w:rsidP="00EC359E">
            <w:pPr>
              <w:spacing w:line="360" w:lineRule="auto"/>
              <w:ind w:left="720"/>
              <w:rPr>
                <w:lang w:val="el-GR"/>
              </w:rPr>
            </w:pPr>
            <w:r w:rsidRPr="00EC359E">
              <w:rPr>
                <w:lang w:val="el-GR"/>
              </w:rPr>
              <w:t xml:space="preserve">  </w:t>
            </w:r>
          </w:p>
          <w:p w14:paraId="13693913" w14:textId="6390E90D" w:rsidR="005A19D1" w:rsidRPr="005A19D1" w:rsidRDefault="00FB43B0" w:rsidP="005A19D1">
            <w:pPr>
              <w:spacing w:line="360" w:lineRule="auto"/>
              <w:ind w:left="720"/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                    </w:t>
            </w:r>
            <w:r w:rsidR="00037D05" w:rsidRPr="00037D05">
              <w:rPr>
                <w:b/>
                <w:noProof/>
                <w:lang w:val="el-GR" w:eastAsia="el-GR"/>
              </w:rPr>
              <w:drawing>
                <wp:inline distT="0" distB="0" distL="0" distR="0" wp14:anchorId="40589ADD" wp14:editId="1247B254">
                  <wp:extent cx="3285605" cy="3057525"/>
                  <wp:effectExtent l="0" t="0" r="0" b="0"/>
                  <wp:docPr id="7" name="Εικόνα 7" descr="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133" cy="305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72B7A" w14:textId="77777777" w:rsidR="00430100" w:rsidRDefault="00430100" w:rsidP="005A19D1">
            <w:pPr>
              <w:spacing w:line="360" w:lineRule="auto"/>
              <w:ind w:left="720"/>
              <w:rPr>
                <w:b/>
                <w:lang w:val="el-GR"/>
              </w:rPr>
            </w:pPr>
          </w:p>
          <w:p w14:paraId="50BFC9B1" w14:textId="52CF4F3A" w:rsidR="003B3B9B" w:rsidRPr="00DC3523" w:rsidRDefault="008914D7" w:rsidP="00E9094D">
            <w:pPr>
              <w:spacing w:line="360" w:lineRule="auto"/>
              <w:rPr>
                <w:lang w:val="el-GR"/>
              </w:rPr>
            </w:pPr>
            <w:r>
              <w:rPr>
                <w:b/>
                <w:lang w:val="el-GR"/>
              </w:rPr>
              <w:t xml:space="preserve">ΣΤ. </w:t>
            </w:r>
            <w:r w:rsidRPr="00DC3523">
              <w:rPr>
                <w:lang w:val="el-GR"/>
              </w:rPr>
              <w:t>Ποια</w:t>
            </w:r>
            <w:r w:rsidR="00596929" w:rsidRPr="00DC3523">
              <w:rPr>
                <w:lang w:val="el-GR"/>
              </w:rPr>
              <w:t xml:space="preserve"> </w:t>
            </w:r>
            <w:r w:rsidRPr="00DC3523">
              <w:rPr>
                <w:lang w:val="el-GR"/>
              </w:rPr>
              <w:t xml:space="preserve"> ήταν</w:t>
            </w:r>
            <w:r>
              <w:rPr>
                <w:b/>
                <w:lang w:val="el-GR"/>
              </w:rPr>
              <w:t xml:space="preserve"> </w:t>
            </w:r>
            <w:r w:rsidRPr="00DC3523">
              <w:rPr>
                <w:lang w:val="el-GR"/>
              </w:rPr>
              <w:t xml:space="preserve">η κατάληξη του </w:t>
            </w:r>
            <w:r w:rsidR="00D46201" w:rsidRPr="00DC3523">
              <w:rPr>
                <w:lang w:val="el-GR"/>
              </w:rPr>
              <w:t xml:space="preserve">μικρασιατικού πολέμου και </w:t>
            </w:r>
            <w:r w:rsidR="00596929" w:rsidRPr="00DC3523">
              <w:rPr>
                <w:lang w:val="el-GR"/>
              </w:rPr>
              <w:t xml:space="preserve"> ποι</w:t>
            </w:r>
            <w:r w:rsidRPr="00DC3523">
              <w:rPr>
                <w:lang w:val="el-GR"/>
              </w:rPr>
              <w:t xml:space="preserve">οι </w:t>
            </w:r>
            <w:r w:rsidR="00596929" w:rsidRPr="00DC3523">
              <w:rPr>
                <w:lang w:val="el-GR"/>
              </w:rPr>
              <w:t>λ</w:t>
            </w:r>
            <w:r w:rsidRPr="00DC3523">
              <w:rPr>
                <w:lang w:val="el-GR"/>
              </w:rPr>
              <w:t>ό</w:t>
            </w:r>
            <w:r w:rsidR="00596929" w:rsidRPr="00DC3523">
              <w:rPr>
                <w:lang w:val="el-GR"/>
              </w:rPr>
              <w:t>γ</w:t>
            </w:r>
            <w:r w:rsidRPr="00DC3523">
              <w:rPr>
                <w:lang w:val="el-GR"/>
              </w:rPr>
              <w:t xml:space="preserve">οι </w:t>
            </w:r>
            <w:r w:rsidR="00596929" w:rsidRPr="00DC3523">
              <w:rPr>
                <w:lang w:val="el-GR"/>
              </w:rPr>
              <w:t>οδήγησαν σ</w:t>
            </w:r>
            <w:r w:rsidR="00E22E8C">
              <w:rPr>
                <w:lang w:val="el-GR"/>
              </w:rPr>
              <w:t>’ αυ</w:t>
            </w:r>
            <w:r w:rsidR="00596929" w:rsidRPr="00DC3523">
              <w:rPr>
                <w:lang w:val="el-GR"/>
              </w:rPr>
              <w:t>τ</w:t>
            </w:r>
            <w:r w:rsidR="00E22E8C">
              <w:rPr>
                <w:lang w:val="el-GR"/>
              </w:rPr>
              <w:t>ό το αποτέλεσμα</w:t>
            </w:r>
            <w:r w:rsidR="00596929" w:rsidRPr="00DC3523">
              <w:rPr>
                <w:lang w:val="el-GR"/>
              </w:rPr>
              <w:t>;</w:t>
            </w:r>
            <w:r w:rsidR="00E22E8C">
              <w:rPr>
                <w:lang w:val="el-GR"/>
              </w:rPr>
              <w:t xml:space="preserve"> Τι γνωρίζετε για την</w:t>
            </w:r>
            <w:r w:rsidR="00D46201" w:rsidRPr="00DC3523">
              <w:rPr>
                <w:lang w:val="el-GR"/>
              </w:rPr>
              <w:t xml:space="preserve"> τύχη </w:t>
            </w:r>
            <w:r w:rsidRPr="00DC3523">
              <w:rPr>
                <w:lang w:val="el-GR"/>
              </w:rPr>
              <w:t>τη</w:t>
            </w:r>
            <w:r w:rsidR="00D46201" w:rsidRPr="00DC3523">
              <w:rPr>
                <w:lang w:val="el-GR"/>
              </w:rPr>
              <w:t>ς</w:t>
            </w:r>
            <w:r w:rsidRPr="00DC3523">
              <w:rPr>
                <w:lang w:val="el-GR"/>
              </w:rPr>
              <w:t xml:space="preserve"> Σμύρνη</w:t>
            </w:r>
            <w:r w:rsidR="00D46201" w:rsidRPr="00DC3523">
              <w:rPr>
                <w:lang w:val="el-GR"/>
              </w:rPr>
              <w:t>ς; Τι σήμανε η</w:t>
            </w:r>
            <w:r w:rsidRPr="00DC3523">
              <w:rPr>
                <w:lang w:val="el-GR"/>
              </w:rPr>
              <w:t xml:space="preserve"> ήττα του ελληνικού </w:t>
            </w:r>
            <w:r w:rsidRPr="00DC3523">
              <w:rPr>
                <w:lang w:val="el-GR"/>
              </w:rPr>
              <w:lastRenderedPageBreak/>
              <w:t>στρατού</w:t>
            </w:r>
            <w:r w:rsidR="00D46201" w:rsidRPr="00DC3523">
              <w:rPr>
                <w:lang w:val="el-GR"/>
              </w:rPr>
              <w:t xml:space="preserve"> για τους </w:t>
            </w:r>
            <w:r w:rsidRPr="00DC3523">
              <w:rPr>
                <w:lang w:val="el-GR"/>
              </w:rPr>
              <w:t xml:space="preserve"> Έλληνες </w:t>
            </w:r>
            <w:r w:rsidR="00D46201" w:rsidRPr="00DC3523">
              <w:rPr>
                <w:lang w:val="el-GR"/>
              </w:rPr>
              <w:t xml:space="preserve">της Σμύρνης και της </w:t>
            </w:r>
            <w:proofErr w:type="spellStart"/>
            <w:r w:rsidR="00D46201" w:rsidRPr="00DC3523">
              <w:rPr>
                <w:lang w:val="el-GR"/>
              </w:rPr>
              <w:t>Μικρασίας</w:t>
            </w:r>
            <w:proofErr w:type="spellEnd"/>
            <w:r w:rsidR="00D46201" w:rsidRPr="00DC3523">
              <w:rPr>
                <w:lang w:val="el-GR"/>
              </w:rPr>
              <w:t>;</w:t>
            </w:r>
          </w:p>
          <w:p w14:paraId="3BFC2533" w14:textId="5D0253D8" w:rsidR="00865BF4" w:rsidRDefault="007036B2" w:rsidP="00B32B38">
            <w:pPr>
              <w:tabs>
                <w:tab w:val="left" w:pos="3300"/>
              </w:tabs>
              <w:spacing w:line="360" w:lineRule="auto"/>
              <w:rPr>
                <w:b/>
                <w:lang w:val="el-GR"/>
              </w:rPr>
            </w:pPr>
            <w:r>
              <w:rPr>
                <w:b/>
                <w:lang w:val="el-GR"/>
              </w:rPr>
              <w:t>(6</w:t>
            </w:r>
            <w:r w:rsidR="004D5370" w:rsidRPr="00DD61F4">
              <w:rPr>
                <w:b/>
                <w:vertAlign w:val="superscript"/>
                <w:lang w:val="el-GR"/>
              </w:rPr>
              <w:t>η</w:t>
            </w:r>
            <w:r w:rsidR="004D5370" w:rsidRPr="00DD61F4">
              <w:rPr>
                <w:b/>
                <w:lang w:val="el-GR"/>
              </w:rPr>
              <w:t xml:space="preserve"> Ομάδα)</w:t>
            </w:r>
            <w:r w:rsidR="00B32B38">
              <w:rPr>
                <w:b/>
                <w:lang w:val="el-GR"/>
              </w:rPr>
              <w:tab/>
            </w:r>
          </w:p>
          <w:p w14:paraId="68B48415" w14:textId="4AB9ED7D" w:rsidR="001C17D2" w:rsidRPr="001102C0" w:rsidRDefault="001C17D2" w:rsidP="00110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l-GR" w:eastAsia="el-GR"/>
              </w:rPr>
            </w:pPr>
            <w:r w:rsidRPr="001C17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 wp14:anchorId="6F85E5E6" wp14:editId="1D283CA8">
                  <wp:extent cx="5476875" cy="3539931"/>
                  <wp:effectExtent l="0" t="0" r="0" b="3810"/>
                  <wp:docPr id="15" name="Εικόνα 15" descr="C:\Users\USER\Downloads\cf8c0541-b03f-427d-a93f-575c058a571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cf8c0541-b03f-427d-a93f-575c058a571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245" cy="354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C02AD" w14:textId="72AEA571" w:rsidR="001C17D2" w:rsidRDefault="001C17D2" w:rsidP="00865BF4">
            <w:pPr>
              <w:spacing w:line="360" w:lineRule="auto"/>
              <w:ind w:left="720"/>
              <w:rPr>
                <w:b/>
                <w:lang w:val="el-GR"/>
              </w:rPr>
            </w:pPr>
            <w:r w:rsidRPr="001C17D2">
              <w:rPr>
                <w:b/>
                <w:noProof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3E46E6E0" wp14:editId="2E774CAA">
                      <wp:extent cx="304800" cy="304800"/>
                      <wp:effectExtent l="0" t="0" r="0" b="0"/>
                      <wp:docPr id="12" name="Ορθογώνιο 12" descr="blob:https://www.facebook.com/cf8c0541-b03f-427d-a93f-575c058a571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8D84BF" w14:textId="1EE9B1DD" w:rsidR="001C17D2" w:rsidRPr="001C17D2" w:rsidRDefault="001C17D2" w:rsidP="001C17D2">
                                  <w:pPr>
                                    <w:jc w:val="center"/>
                                    <w:rPr>
                                      <w:lang w:val="el-GR"/>
                                    </w:rPr>
                                  </w:pPr>
                                  <w:r w:rsidRPr="001C17D2">
                                    <w:rPr>
                                      <w:noProof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31C4E4E2" wp14:editId="5283A1F9">
                                        <wp:extent cx="7029450" cy="4543425"/>
                                        <wp:effectExtent l="0" t="0" r="0" b="9525"/>
                                        <wp:docPr id="13" name="Εικόνα 13" descr="C:\Users\USER\Downloads\cf8c0541-b03f-427d-a93f-575c058a571c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ownloads\cf8c0541-b03f-427d-a93f-575c058a571c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29450" cy="4543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2E10B32" w14:textId="77777777" w:rsidR="001C17D2" w:rsidRDefault="001C17D2" w:rsidP="001C17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Ορθογώνιο 12" o:spid="_x0000_s1026" alt="Περιγραφή: blob:https://www.facebook.com/cf8c0541-b03f-427d-a93f-575c058a57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MrZnSBgMAABg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v:textbox>
                        <w:txbxContent>
                          <w:p w14:paraId="698D84BF" w14:textId="1EE9B1DD" w:rsidR="001C17D2" w:rsidRPr="001C17D2" w:rsidRDefault="001C17D2" w:rsidP="001C17D2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 w:rsidRPr="001C17D2">
                              <w:rPr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 wp14:anchorId="31C4E4E2" wp14:editId="5283A1F9">
                                  <wp:extent cx="7029450" cy="4543425"/>
                                  <wp:effectExtent l="0" t="0" r="0" b="9525"/>
                                  <wp:docPr id="13" name="Εικόνα 13" descr="C:\Users\USER\Downloads\cf8c0541-b03f-427d-a93f-575c058a571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ownloads\cf8c0541-b03f-427d-a93f-575c058a571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9450" cy="454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E10B32" w14:textId="77777777" w:rsidR="001C17D2" w:rsidRDefault="001C17D2" w:rsidP="001C17D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E961FF4" w14:textId="6B339744" w:rsidR="0016096A" w:rsidRDefault="0016096A" w:rsidP="002B0CB4">
            <w:pPr>
              <w:spacing w:line="360" w:lineRule="auto"/>
              <w:rPr>
                <w:b/>
                <w:lang w:val="el-GR"/>
              </w:rPr>
            </w:pPr>
          </w:p>
          <w:p w14:paraId="5A934C66" w14:textId="0B9A346B" w:rsidR="006E5D7D" w:rsidRDefault="006F7E35" w:rsidP="00865BF4">
            <w:pPr>
              <w:spacing w:line="360" w:lineRule="auto"/>
              <w:ind w:left="720"/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                          </w:t>
            </w:r>
            <w:r w:rsidR="006E5D7D" w:rsidRPr="006E5D7D">
              <w:rPr>
                <w:b/>
                <w:noProof/>
                <w:lang w:val="el-GR" w:eastAsia="el-GR"/>
              </w:rPr>
              <w:drawing>
                <wp:inline distT="0" distB="0" distL="0" distR="0" wp14:anchorId="290AB4C1" wp14:editId="2304FC77">
                  <wp:extent cx="2924175" cy="2339171"/>
                  <wp:effectExtent l="0" t="0" r="0" b="4445"/>
                  <wp:docPr id="2" name="Εικόνα 2" descr="3. Μετά την κατάληψη της Σμύρνης από τους κεμαλικούς, Έλληνες πρόσφυγες αναζητούν με αγωνία μέσο σωτηρίας. Πίσω τους διακρίνονται Τούρκοι ιππείς και πυρπολημένα κτίρι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. Μετά την κατάληψη της Σμύρνης από τους κεμαλικούς, Έλληνες πρόσφυγες αναζητούν με αγωνία μέσο σωτηρίας. Πίσω τους διακρίνονται Τούρκοι ιππείς και πυρπολημένα κτίρι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33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427AE" w14:textId="508EB6A6" w:rsidR="00865BF4" w:rsidRDefault="00283DC4" w:rsidP="00283DC4">
            <w:pPr>
              <w:spacing w:line="360" w:lineRule="auto"/>
              <w:rPr>
                <w:lang w:val="el-GR"/>
              </w:rPr>
            </w:pPr>
            <w:r w:rsidRPr="00283DC4">
              <w:rPr>
                <w:lang w:val="el-GR"/>
              </w:rPr>
              <w:t xml:space="preserve">Μετά την κατάληψη της Σμύρνης από τους </w:t>
            </w:r>
            <w:proofErr w:type="spellStart"/>
            <w:r w:rsidRPr="00283DC4">
              <w:rPr>
                <w:lang w:val="el-GR"/>
              </w:rPr>
              <w:t>κεμαλικούς</w:t>
            </w:r>
            <w:proofErr w:type="spellEnd"/>
            <w:r w:rsidRPr="00283DC4">
              <w:rPr>
                <w:lang w:val="el-GR"/>
              </w:rPr>
              <w:t xml:space="preserve">, Έλληνες πρόσφυγες αναζητούν με </w:t>
            </w:r>
            <w:r w:rsidR="001102C0">
              <w:rPr>
                <w:lang w:val="el-GR"/>
              </w:rPr>
              <w:t xml:space="preserve">   </w:t>
            </w:r>
            <w:r w:rsidRPr="00283DC4">
              <w:rPr>
                <w:lang w:val="el-GR"/>
              </w:rPr>
              <w:t>αγωνία μέσο σωτηρίας. Πίσω τους διακρίνονται Τούρκοι ιππείς και πυρπολημένα κτίρια.</w:t>
            </w:r>
          </w:p>
          <w:p w14:paraId="5670CE6B" w14:textId="77777777" w:rsidR="00C62D2D" w:rsidRDefault="00C62D2D" w:rsidP="00283DC4">
            <w:pPr>
              <w:spacing w:line="360" w:lineRule="auto"/>
              <w:rPr>
                <w:lang w:val="el-GR"/>
              </w:rPr>
            </w:pPr>
          </w:p>
          <w:p w14:paraId="6E9DF517" w14:textId="54097239" w:rsidR="00865BF4" w:rsidRPr="00865BF4" w:rsidRDefault="001102C0" w:rsidP="001102C0">
            <w:pPr>
              <w:spacing w:line="360" w:lineRule="auto"/>
              <w:rPr>
                <w:b/>
                <w:lang w:val="el-GR"/>
              </w:rPr>
            </w:pPr>
            <w:r>
              <w:rPr>
                <w:lang w:val="el-GR"/>
              </w:rPr>
              <w:lastRenderedPageBreak/>
              <w:t xml:space="preserve">                                      </w:t>
            </w:r>
            <w:r w:rsidR="000973BE">
              <w:rPr>
                <w:lang w:val="el-GR"/>
              </w:rPr>
              <w:t xml:space="preserve">            </w:t>
            </w:r>
            <w:r>
              <w:rPr>
                <w:lang w:val="el-GR"/>
              </w:rPr>
              <w:t xml:space="preserve"> </w:t>
            </w:r>
            <w:r w:rsidR="00865BF4" w:rsidRPr="00865BF4">
              <w:rPr>
                <w:b/>
                <w:lang w:val="el-GR"/>
              </w:rPr>
              <w:t xml:space="preserve"> Στον δρόμο για την προσφυγιά</w:t>
            </w:r>
          </w:p>
          <w:p w14:paraId="6F157530" w14:textId="0CA736CF" w:rsidR="00865BF4" w:rsidRPr="00BA7B70" w:rsidRDefault="00865BF4" w:rsidP="001102C0">
            <w:pPr>
              <w:spacing w:line="360" w:lineRule="auto"/>
              <w:jc w:val="both"/>
              <w:rPr>
                <w:lang w:val="el-GR"/>
              </w:rPr>
            </w:pPr>
            <w:r w:rsidRPr="00BA7B70">
              <w:rPr>
                <w:lang w:val="el-GR"/>
              </w:rPr>
              <w:t xml:space="preserve">[…] Λοιπόν ούλος αυτός ο κόσμος στοιβαγμένος στο μουράγιο και πάνω σε μαούνες. </w:t>
            </w:r>
            <w:proofErr w:type="spellStart"/>
            <w:r w:rsidRPr="00BA7B70">
              <w:rPr>
                <w:lang w:val="el-GR"/>
              </w:rPr>
              <w:t>Άντροι</w:t>
            </w:r>
            <w:proofErr w:type="spellEnd"/>
            <w:r w:rsidRPr="00BA7B70">
              <w:rPr>
                <w:lang w:val="el-GR"/>
              </w:rPr>
              <w:t xml:space="preserve">, γέροι, γριές και γυναικόπαιδα, που είχανε παρατήσει τα καλά τους, και ξεμείνανε στο δρόμο, και τώρα εκεί </w:t>
            </w:r>
            <w:proofErr w:type="spellStart"/>
            <w:r w:rsidRPr="00BA7B70">
              <w:rPr>
                <w:lang w:val="el-GR"/>
              </w:rPr>
              <w:t>μεροβραδιάζονταν</w:t>
            </w:r>
            <w:proofErr w:type="spellEnd"/>
            <w:r w:rsidRPr="00BA7B70">
              <w:rPr>
                <w:lang w:val="el-GR"/>
              </w:rPr>
              <w:t xml:space="preserve"> εκεί πλαγιάζανε, άλλος μ’ ένα χράμι που έφερε μαζί του, άλλος μ’ ένα πάπλωμα ή με μια μπατανία. Χείλια </w:t>
            </w:r>
            <w:proofErr w:type="spellStart"/>
            <w:r w:rsidRPr="00BA7B70">
              <w:rPr>
                <w:lang w:val="el-GR"/>
              </w:rPr>
              <w:t>τρεμοσαλεύανε</w:t>
            </w:r>
            <w:proofErr w:type="spellEnd"/>
            <w:r w:rsidRPr="00BA7B70">
              <w:rPr>
                <w:lang w:val="el-GR"/>
              </w:rPr>
              <w:t xml:space="preserve"> από το παραμιλητό. Μάτια γουρλωμένα που αγναντεύανε τη Δευτέρα Παρουσία, τη συντέλεια του κόσμου […] Μέρα, χαρά Θεού. Τέλη Αυγούστου, αρχές Σεπτέμβρη με το καινούριο […].</w:t>
            </w:r>
          </w:p>
          <w:p w14:paraId="253D9D83" w14:textId="77777777" w:rsidR="00865BF4" w:rsidRPr="00BA7B70" w:rsidRDefault="00865BF4" w:rsidP="001102C0">
            <w:pPr>
              <w:spacing w:line="360" w:lineRule="auto"/>
              <w:ind w:left="720"/>
              <w:jc w:val="both"/>
              <w:rPr>
                <w:lang w:val="el-GR"/>
              </w:rPr>
            </w:pPr>
          </w:p>
          <w:p w14:paraId="72888F51" w14:textId="22F71E58" w:rsidR="00865BF4" w:rsidRPr="00BA7B70" w:rsidRDefault="00865BF4" w:rsidP="001102C0">
            <w:pPr>
              <w:spacing w:line="360" w:lineRule="auto"/>
              <w:jc w:val="both"/>
              <w:rPr>
                <w:lang w:val="el-GR"/>
              </w:rPr>
            </w:pPr>
            <w:r w:rsidRPr="00BA7B70">
              <w:rPr>
                <w:lang w:val="el-GR"/>
              </w:rPr>
              <w:t xml:space="preserve">Κοσμάς Πολίτης, Στου </w:t>
            </w:r>
            <w:proofErr w:type="spellStart"/>
            <w:r w:rsidRPr="00BA7B70">
              <w:rPr>
                <w:lang w:val="el-GR"/>
              </w:rPr>
              <w:t>Χατζηφράγκου</w:t>
            </w:r>
            <w:proofErr w:type="spellEnd"/>
            <w:r w:rsidRPr="00BA7B70">
              <w:rPr>
                <w:lang w:val="el-GR"/>
              </w:rPr>
              <w:t>, Ερμής, Αθήνα 1990, σ. 146.</w:t>
            </w:r>
          </w:p>
          <w:p w14:paraId="19F96BE6" w14:textId="2C5C338F" w:rsidR="004D5370" w:rsidRPr="00FC5D46" w:rsidRDefault="004D5370" w:rsidP="00FC5D46">
            <w:pPr>
              <w:spacing w:line="360" w:lineRule="auto"/>
              <w:rPr>
                <w:b/>
                <w:lang w:val="el-GR"/>
              </w:rPr>
            </w:pPr>
          </w:p>
        </w:tc>
      </w:tr>
      <w:tr w:rsidR="00F8306D" w:rsidRPr="00270C13" w14:paraId="4C3D8BDB" w14:textId="77777777" w:rsidTr="004A0B2D">
        <w:tc>
          <w:tcPr>
            <w:tcW w:w="8856" w:type="dxa"/>
          </w:tcPr>
          <w:p w14:paraId="58EB0C23" w14:textId="6AEA72F4" w:rsidR="00BF638C" w:rsidRPr="00E435C6" w:rsidRDefault="00BF638C" w:rsidP="00DD0E0D">
            <w:pPr>
              <w:pStyle w:val="Web"/>
              <w:spacing w:line="360" w:lineRule="auto"/>
              <w:rPr>
                <w:b/>
                <w:bCs/>
              </w:rPr>
            </w:pPr>
          </w:p>
        </w:tc>
      </w:tr>
      <w:tr w:rsidR="00F8306D" w:rsidRPr="00270C13" w14:paraId="449E8A5D" w14:textId="77777777" w:rsidTr="004A0B2D">
        <w:tc>
          <w:tcPr>
            <w:tcW w:w="8856" w:type="dxa"/>
          </w:tcPr>
          <w:p w14:paraId="5B713598" w14:textId="0DB65554" w:rsidR="004D5370" w:rsidRPr="004A0B2D" w:rsidRDefault="004D5370" w:rsidP="00E435C6">
            <w:pPr>
              <w:spacing w:line="360" w:lineRule="auto"/>
              <w:rPr>
                <w:b/>
                <w:bCs/>
                <w:sz w:val="24"/>
                <w:szCs w:val="24"/>
                <w:lang w:val="el-GR"/>
              </w:rPr>
            </w:pPr>
            <w:r w:rsidRPr="004A0B2D">
              <w:rPr>
                <w:b/>
                <w:bCs/>
                <w:sz w:val="24"/>
                <w:szCs w:val="24"/>
                <w:lang w:val="el-GR"/>
              </w:rPr>
              <w:t>Ανα</w:t>
            </w:r>
            <w:r w:rsidR="00357AB0" w:rsidRPr="004A0B2D">
              <w:rPr>
                <w:b/>
                <w:bCs/>
                <w:sz w:val="24"/>
                <w:szCs w:val="24"/>
                <w:lang w:val="el-GR"/>
              </w:rPr>
              <w:t>κεφαλα</w:t>
            </w:r>
            <w:r w:rsidR="00E16428">
              <w:rPr>
                <w:b/>
                <w:bCs/>
                <w:sz w:val="24"/>
                <w:szCs w:val="24"/>
                <w:lang w:val="el-GR"/>
              </w:rPr>
              <w:t>ίωση (20</w:t>
            </w:r>
            <w:r w:rsidRPr="004A0B2D">
              <w:rPr>
                <w:b/>
                <w:bCs/>
                <w:sz w:val="24"/>
                <w:szCs w:val="24"/>
                <w:lang w:val="el-GR"/>
              </w:rPr>
              <w:t xml:space="preserve"> λεπτά)</w:t>
            </w:r>
          </w:p>
          <w:p w14:paraId="2121FD8F" w14:textId="10F07445" w:rsidR="004D5370" w:rsidRPr="004A0B2D" w:rsidRDefault="004D5370" w:rsidP="00865F27">
            <w:pPr>
              <w:pStyle w:val="aa"/>
              <w:spacing w:line="360" w:lineRule="auto"/>
              <w:ind w:left="142"/>
              <w:jc w:val="both"/>
              <w:rPr>
                <w:szCs w:val="24"/>
                <w:lang w:val="el-GR"/>
              </w:rPr>
            </w:pPr>
            <w:r w:rsidRPr="004A0B2D">
              <w:rPr>
                <w:sz w:val="24"/>
                <w:szCs w:val="24"/>
                <w:lang w:val="el-GR"/>
              </w:rPr>
              <w:t xml:space="preserve">Ανακεφαλαίωση των βασικών σημείων με έμφαση μέσω ερωταποκρίσεων στους στόχους της ενότητας, </w:t>
            </w:r>
            <w:r w:rsidR="00CB0679" w:rsidRPr="004A0B2D">
              <w:rPr>
                <w:sz w:val="24"/>
                <w:szCs w:val="24"/>
                <w:lang w:val="el-GR"/>
              </w:rPr>
              <w:t xml:space="preserve">ιδιαίτερα στους παράγοντες που επηρέασαν την έκβαση του μικρασιατικού πολέμου και την τραγική μοίρα του Ελληνισμού. </w:t>
            </w:r>
            <w:r w:rsidR="00842D9F" w:rsidRPr="004A0B2D">
              <w:rPr>
                <w:sz w:val="24"/>
                <w:szCs w:val="24"/>
                <w:lang w:val="el-GR"/>
              </w:rPr>
              <w:t>Έμφαση</w:t>
            </w:r>
            <w:r w:rsidR="00867562" w:rsidRPr="004A0B2D">
              <w:rPr>
                <w:sz w:val="24"/>
                <w:szCs w:val="24"/>
                <w:lang w:val="el-GR"/>
              </w:rPr>
              <w:t xml:space="preserve"> θα δοθεί και στην χρησιμοποίηση των Ελλήνων από </w:t>
            </w:r>
            <w:r w:rsidR="00867562" w:rsidRPr="004A0B2D">
              <w:rPr>
                <w:szCs w:val="24"/>
                <w:lang w:val="el-GR"/>
              </w:rPr>
              <w:t xml:space="preserve">τις Μ. Δυνάμεις της </w:t>
            </w:r>
            <w:proofErr w:type="spellStart"/>
            <w:r w:rsidR="00867562" w:rsidRPr="004A0B2D">
              <w:rPr>
                <w:szCs w:val="24"/>
                <w:lang w:val="el-GR"/>
              </w:rPr>
              <w:t>Αντάντ</w:t>
            </w:r>
            <w:proofErr w:type="spellEnd"/>
            <w:r w:rsidR="00867562" w:rsidRPr="004A0B2D">
              <w:rPr>
                <w:szCs w:val="24"/>
                <w:lang w:val="el-GR"/>
              </w:rPr>
              <w:t xml:space="preserve"> προκειμένου να εξυπηρετήσουν τα δικά τους συμφέροντα.</w:t>
            </w:r>
          </w:p>
          <w:p w14:paraId="09975576" w14:textId="77777777" w:rsidR="00CE2FDB" w:rsidRDefault="00CE2FDB" w:rsidP="00CE2FDB">
            <w:pPr>
              <w:pStyle w:val="aa"/>
              <w:spacing w:line="360" w:lineRule="auto"/>
              <w:ind w:left="1440"/>
              <w:jc w:val="both"/>
              <w:rPr>
                <w:szCs w:val="24"/>
                <w:lang w:val="el-GR"/>
              </w:rPr>
            </w:pPr>
            <w:r>
              <w:rPr>
                <w:szCs w:val="24"/>
                <w:lang w:val="el-GR"/>
              </w:rPr>
              <w:t xml:space="preserve">                                      </w:t>
            </w:r>
          </w:p>
          <w:p w14:paraId="106BAA5C" w14:textId="26F4399B" w:rsidR="00F07CD8" w:rsidRPr="00CE2FDB" w:rsidRDefault="00CE2FDB" w:rsidP="00CE2FDB">
            <w:pPr>
              <w:pStyle w:val="aa"/>
              <w:spacing w:line="360" w:lineRule="auto"/>
              <w:ind w:left="1440"/>
              <w:jc w:val="both"/>
              <w:rPr>
                <w:szCs w:val="24"/>
                <w:lang w:val="el-GR"/>
              </w:rPr>
            </w:pPr>
            <w:r>
              <w:rPr>
                <w:szCs w:val="24"/>
                <w:lang w:val="el-GR"/>
              </w:rPr>
              <w:t xml:space="preserve">                                             </w:t>
            </w:r>
            <w:r w:rsidR="004A0B2D" w:rsidRPr="00CE2FDB">
              <w:rPr>
                <w:szCs w:val="24"/>
                <w:lang w:val="el-GR"/>
              </w:rPr>
              <w:t xml:space="preserve"> </w:t>
            </w:r>
            <w:r w:rsidR="007522F6" w:rsidRPr="00CE2FDB">
              <w:rPr>
                <w:szCs w:val="24"/>
                <w:lang w:val="el-GR"/>
              </w:rPr>
              <w:t>ΕΝΟΤΗΤΑ 38</w:t>
            </w:r>
          </w:p>
          <w:p w14:paraId="7A11FABF" w14:textId="4BBFD890" w:rsidR="004B587F" w:rsidRPr="004A0B2D" w:rsidRDefault="004B587F" w:rsidP="00750ED0">
            <w:pPr>
              <w:pStyle w:val="aa"/>
              <w:numPr>
                <w:ilvl w:val="0"/>
                <w:numId w:val="24"/>
              </w:numPr>
              <w:ind w:left="142" w:firstLine="218"/>
              <w:jc w:val="both"/>
              <w:rPr>
                <w:szCs w:val="24"/>
                <w:lang w:val="el-GR"/>
              </w:rPr>
            </w:pPr>
            <w:r w:rsidRPr="004A0B2D">
              <w:rPr>
                <w:szCs w:val="24"/>
                <w:lang w:val="el-GR"/>
              </w:rPr>
              <w:t xml:space="preserve">Η ελληνική διοίκηση </w:t>
            </w:r>
            <w:r w:rsidR="002E3ED6" w:rsidRPr="004A0B2D">
              <w:rPr>
                <w:szCs w:val="24"/>
                <w:lang w:val="el-GR"/>
              </w:rPr>
              <w:t xml:space="preserve">με Διοικητή τον Αρ ι σ τ ε ί δ η  Σ τ ε ρ γ ι ά δ η  </w:t>
            </w:r>
            <w:r w:rsidRPr="004A0B2D">
              <w:rPr>
                <w:szCs w:val="24"/>
                <w:lang w:val="el-GR"/>
              </w:rPr>
              <w:t>εγκαταστάθηκε στη Σ</w:t>
            </w:r>
            <w:r w:rsidR="00F05C14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μ ύ ρ ν η παράλληλα με την απόβαση του ελληνικού στρατού στις 2 Μαΐου 1919.  Ο Βενιζέλος πήρε από το συνέδριο του Παρισιού άδεια επέκτασης της ελληνικής</w:t>
            </w:r>
            <w:r w:rsidR="005A585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ζώνης κατοχής και έτσι ο ελληνικός στρατός κατέλαβε την Α ν. Θ ρ</w:t>
            </w:r>
            <w:r w:rsidR="00952F82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 xml:space="preserve">ά κ η και προέλασε </w:t>
            </w:r>
            <w:r w:rsidR="002E3ED6" w:rsidRPr="004A0B2D">
              <w:rPr>
                <w:szCs w:val="24"/>
                <w:lang w:val="el-GR"/>
              </w:rPr>
              <w:t xml:space="preserve">σε βάθος </w:t>
            </w:r>
            <w:r w:rsidRPr="004A0B2D">
              <w:rPr>
                <w:szCs w:val="24"/>
                <w:lang w:val="el-GR"/>
              </w:rPr>
              <w:t>1 5 0 χ λ μ . σ τ η Μ ι κ ρ ά  Α σ ί α .</w:t>
            </w:r>
            <w:r w:rsidR="002E3ED6" w:rsidRPr="004A0B2D">
              <w:rPr>
                <w:szCs w:val="24"/>
                <w:lang w:val="el-GR"/>
              </w:rPr>
              <w:t xml:space="preserve"> Το του</w:t>
            </w:r>
            <w:r w:rsidRPr="004A0B2D">
              <w:rPr>
                <w:szCs w:val="24"/>
                <w:lang w:val="el-GR"/>
              </w:rPr>
              <w:t>ρκικό</w:t>
            </w:r>
            <w:r w:rsidR="002E3ED6" w:rsidRPr="004A0B2D">
              <w:rPr>
                <w:szCs w:val="24"/>
                <w:lang w:val="el-GR"/>
              </w:rPr>
              <w:t xml:space="preserve"> κίνημα αντ</w:t>
            </w:r>
            <w:r w:rsidRPr="004A0B2D">
              <w:rPr>
                <w:szCs w:val="24"/>
                <w:lang w:val="el-GR"/>
              </w:rPr>
              <w:t>ίστασ</w:t>
            </w:r>
            <w:r w:rsidR="002E3ED6" w:rsidRPr="004A0B2D">
              <w:rPr>
                <w:szCs w:val="24"/>
                <w:lang w:val="el-GR"/>
              </w:rPr>
              <w:t>ης του</w:t>
            </w:r>
            <w:r w:rsidRPr="004A0B2D">
              <w:rPr>
                <w:szCs w:val="24"/>
                <w:lang w:val="el-GR"/>
              </w:rPr>
              <w:t xml:space="preserve"> Κε μ ά λ </w:t>
            </w:r>
            <w:r w:rsidR="00172C48" w:rsidRPr="004A0B2D">
              <w:rPr>
                <w:szCs w:val="24"/>
                <w:lang w:val="el-GR"/>
              </w:rPr>
              <w:t xml:space="preserve"> όμως 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 xml:space="preserve">α π έ ρ </w:t>
            </w:r>
            <w:proofErr w:type="spellStart"/>
            <w:r w:rsidRPr="004A0B2D">
              <w:rPr>
                <w:szCs w:val="24"/>
                <w:lang w:val="el-GR"/>
              </w:rPr>
              <w:t>ρ</w:t>
            </w:r>
            <w:proofErr w:type="spellEnd"/>
            <w:r w:rsidRPr="004A0B2D">
              <w:rPr>
                <w:szCs w:val="24"/>
                <w:lang w:val="el-GR"/>
              </w:rPr>
              <w:t xml:space="preserve"> ι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 xml:space="preserve">ψ ε τη συνθήκη </w:t>
            </w:r>
            <w:r w:rsidR="002E3ED6" w:rsidRPr="004A0B2D">
              <w:rPr>
                <w:szCs w:val="24"/>
                <w:lang w:val="el-GR"/>
              </w:rPr>
              <w:t xml:space="preserve">των Σεβρών </w:t>
            </w:r>
            <w:r w:rsidRPr="004A0B2D">
              <w:rPr>
                <w:szCs w:val="24"/>
                <w:lang w:val="el-GR"/>
              </w:rPr>
              <w:t xml:space="preserve">και οι σύμμαχοι </w:t>
            </w:r>
            <w:r w:rsidR="002E3ED6" w:rsidRPr="004A0B2D">
              <w:rPr>
                <w:szCs w:val="24"/>
                <w:lang w:val="el-GR"/>
              </w:rPr>
              <w:t xml:space="preserve">της </w:t>
            </w:r>
            <w:proofErr w:type="spellStart"/>
            <w:r w:rsidR="002E3ED6" w:rsidRPr="004A0B2D">
              <w:rPr>
                <w:szCs w:val="24"/>
                <w:lang w:val="el-GR"/>
              </w:rPr>
              <w:t>Αντάντ</w:t>
            </w:r>
            <w:proofErr w:type="spellEnd"/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άρχισαν να επιφυλάσσονται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για την ελληνική παρουσία στη Μ. Ασία.</w:t>
            </w:r>
          </w:p>
          <w:p w14:paraId="41FC5DE5" w14:textId="0D6D15A3" w:rsidR="004B587F" w:rsidRPr="004A0B2D" w:rsidRDefault="004B587F" w:rsidP="00F05C14">
            <w:pPr>
              <w:pStyle w:val="aa"/>
              <w:ind w:left="0" w:firstLine="567"/>
              <w:jc w:val="both"/>
              <w:rPr>
                <w:szCs w:val="24"/>
                <w:lang w:val="el-GR"/>
              </w:rPr>
            </w:pPr>
            <w:r w:rsidRPr="004A0B2D">
              <w:rPr>
                <w:szCs w:val="24"/>
                <w:lang w:val="el-GR"/>
              </w:rPr>
              <w:t>Ο Β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ε ν ι ζ έ λ ο ς προκήρυξε ε κ λ ο γ έ ς αμέσ</w:t>
            </w:r>
            <w:r w:rsidR="002E3ED6" w:rsidRPr="004A0B2D">
              <w:rPr>
                <w:szCs w:val="24"/>
                <w:lang w:val="el-GR"/>
              </w:rPr>
              <w:t>ως μετά την επιτυχία των Σεβρών, αλλά τις έχασε από την</w:t>
            </w:r>
            <w:r w:rsidRPr="004A0B2D">
              <w:rPr>
                <w:szCs w:val="24"/>
                <w:lang w:val="el-GR"/>
              </w:rPr>
              <w:t xml:space="preserve"> </w:t>
            </w:r>
            <w:proofErr w:type="spellStart"/>
            <w:r w:rsidR="002E3ED6" w:rsidRPr="004A0B2D">
              <w:rPr>
                <w:szCs w:val="24"/>
                <w:lang w:val="el-GR"/>
              </w:rPr>
              <w:t>αντιβενιζελική</w:t>
            </w:r>
            <w:proofErr w:type="spellEnd"/>
            <w:r w:rsidR="002E3ED6" w:rsidRPr="004A0B2D">
              <w:rPr>
                <w:szCs w:val="24"/>
                <w:lang w:val="el-GR"/>
              </w:rPr>
              <w:t xml:space="preserve"> συμμαχία του</w:t>
            </w:r>
            <w:r w:rsidRPr="004A0B2D">
              <w:rPr>
                <w:szCs w:val="24"/>
                <w:lang w:val="el-GR"/>
              </w:rPr>
              <w:t xml:space="preserve"> Δ η μ ή τ ρ ι ο</w:t>
            </w:r>
            <w:r w:rsidR="002E3ED6" w:rsidRPr="004A0B2D">
              <w:rPr>
                <w:szCs w:val="24"/>
                <w:lang w:val="el-GR"/>
              </w:rPr>
              <w:t xml:space="preserve"> υ</w:t>
            </w:r>
            <w:r w:rsidRPr="004A0B2D">
              <w:rPr>
                <w:szCs w:val="24"/>
                <w:lang w:val="el-GR"/>
              </w:rPr>
              <w:t xml:space="preserve"> Γ ο ύ ν α ρ η</w:t>
            </w:r>
            <w:r w:rsidR="002E3ED6" w:rsidRPr="004A0B2D">
              <w:rPr>
                <w:szCs w:val="24"/>
                <w:lang w:val="el-GR"/>
              </w:rPr>
              <w:t>,</w:t>
            </w:r>
            <w:r w:rsidRPr="004A0B2D">
              <w:rPr>
                <w:szCs w:val="24"/>
                <w:lang w:val="el-GR"/>
              </w:rPr>
              <w:t xml:space="preserve"> που υποσχόταν τον τερματισμό του πολέμου.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 xml:space="preserve">Ο αιφνίδιος θάνατος του </w:t>
            </w:r>
            <w:proofErr w:type="spellStart"/>
            <w:r w:rsidR="00952F82">
              <w:rPr>
                <w:szCs w:val="24"/>
                <w:lang w:val="el-GR"/>
              </w:rPr>
              <w:t>πρίγκηπα</w:t>
            </w:r>
            <w:proofErr w:type="spellEnd"/>
            <w:r w:rsidR="00952F82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Α</w:t>
            </w:r>
            <w:r w:rsidR="00952F82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λ έ ξ α ν δ ρ ο υ</w:t>
            </w:r>
            <w:r w:rsidR="00952F82">
              <w:rPr>
                <w:szCs w:val="24"/>
                <w:lang w:val="el-GR"/>
              </w:rPr>
              <w:t xml:space="preserve"> όμως</w:t>
            </w:r>
            <w:r w:rsidRPr="004A0B2D">
              <w:rPr>
                <w:szCs w:val="24"/>
                <w:lang w:val="el-GR"/>
              </w:rPr>
              <w:t>, που εκτελούσε χρέη βασιλιά, έδωσε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στις εκλογές μορφή δημοψηφίσματος για την επιστροφή ή όχι του Κων σ τ α ν τ ί ν ο υ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στην Ελλάδα.</w:t>
            </w:r>
            <w:r w:rsidR="005A585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Η φιλοβασιλική κυβέρνηση οργάνωσε δ η μ ο</w:t>
            </w:r>
            <w:r w:rsidR="005A585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ψ ή φι σ μ α και ο Κων σ τ α ν τ ί ν ο ς</w:t>
            </w:r>
            <w:r w:rsidR="002E3ED6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ε π α ν ή λ θ ε το Δ ε κ έ μ β ρ ι ο τ ο υ 1 9 2 0 .</w:t>
            </w:r>
          </w:p>
          <w:p w14:paraId="11660EAB" w14:textId="5D34AD7C" w:rsidR="006352BE" w:rsidRPr="004A0B2D" w:rsidRDefault="004B587F" w:rsidP="00E71CAD">
            <w:pPr>
              <w:pStyle w:val="aa"/>
              <w:ind w:left="0" w:firstLine="567"/>
              <w:jc w:val="both"/>
              <w:rPr>
                <w:szCs w:val="24"/>
                <w:lang w:val="el-GR"/>
              </w:rPr>
            </w:pPr>
            <w:r w:rsidRPr="004A0B2D">
              <w:rPr>
                <w:szCs w:val="24"/>
                <w:lang w:val="el-GR"/>
              </w:rPr>
              <w:t>Οι Δυνάμεις χρησιμοποίησαν ως πρόφαση την επιστροφή του Κωνσταντίνου</w:t>
            </w:r>
            <w:r w:rsidR="006352BE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 xml:space="preserve">προκειμένου να α λ </w:t>
            </w:r>
            <w:proofErr w:type="spellStart"/>
            <w:r w:rsidRPr="004A0B2D">
              <w:rPr>
                <w:szCs w:val="24"/>
                <w:lang w:val="el-GR"/>
              </w:rPr>
              <w:t>λ</w:t>
            </w:r>
            <w:proofErr w:type="spellEnd"/>
            <w:r w:rsidRPr="004A0B2D">
              <w:rPr>
                <w:szCs w:val="24"/>
                <w:lang w:val="el-GR"/>
              </w:rPr>
              <w:t xml:space="preserve"> ά ξ ο υ ν τ η σ τ ά σ η τους απέναντι στην Ελλάδα.</w:t>
            </w:r>
            <w:r w:rsidR="006352BE" w:rsidRPr="004A0B2D">
              <w:rPr>
                <w:szCs w:val="24"/>
                <w:lang w:val="el-GR"/>
              </w:rPr>
              <w:t xml:space="preserve">  Η Σοβιετική Ένωση, η Γαλλία και η </w:t>
            </w:r>
            <w:r w:rsidR="005A5858" w:rsidRPr="004A0B2D">
              <w:rPr>
                <w:szCs w:val="24"/>
                <w:lang w:val="el-GR"/>
              </w:rPr>
              <w:t>Ιταλία προχώρησαν</w:t>
            </w:r>
            <w:r w:rsidR="006352BE" w:rsidRPr="004A0B2D">
              <w:rPr>
                <w:szCs w:val="24"/>
                <w:lang w:val="el-GR"/>
              </w:rPr>
              <w:t xml:space="preserve"> σε συμφωνίες συνεργασίας με τον Κεμάλ το 1921 ενισχύοντάς τον και με όπλα εις βάρος των Ελλήνων. Οι ε λ </w:t>
            </w:r>
            <w:proofErr w:type="spellStart"/>
            <w:r w:rsidR="006352BE" w:rsidRPr="004A0B2D">
              <w:rPr>
                <w:szCs w:val="24"/>
                <w:lang w:val="el-GR"/>
              </w:rPr>
              <w:t>λ</w:t>
            </w:r>
            <w:proofErr w:type="spellEnd"/>
            <w:r w:rsidR="006352BE" w:rsidRPr="004A0B2D">
              <w:rPr>
                <w:szCs w:val="24"/>
                <w:lang w:val="el-GR"/>
              </w:rPr>
              <w:t xml:space="preserve"> η ν ι κ έ ς δ υ ν ά μ ε ι ς είχαν πλέον μόνο την α γ </w:t>
            </w:r>
            <w:proofErr w:type="spellStart"/>
            <w:r w:rsidR="006352BE" w:rsidRPr="004A0B2D">
              <w:rPr>
                <w:szCs w:val="24"/>
                <w:lang w:val="el-GR"/>
              </w:rPr>
              <w:t>γ</w:t>
            </w:r>
            <w:proofErr w:type="spellEnd"/>
            <w:r w:rsidR="006352BE" w:rsidRPr="004A0B2D">
              <w:rPr>
                <w:szCs w:val="24"/>
                <w:lang w:val="el-GR"/>
              </w:rPr>
              <w:t xml:space="preserve"> λ ι κ ή υποστήριξη αλλά</w:t>
            </w:r>
            <w:r w:rsidR="0016545F" w:rsidRPr="004A0B2D">
              <w:rPr>
                <w:szCs w:val="24"/>
                <w:lang w:val="el-GR"/>
              </w:rPr>
              <w:t xml:space="preserve"> </w:t>
            </w:r>
            <w:r w:rsidR="006352BE" w:rsidRPr="004A0B2D">
              <w:rPr>
                <w:szCs w:val="24"/>
                <w:lang w:val="el-GR"/>
              </w:rPr>
              <w:t>και αυτή σε διπλωματικό επίπεδο.</w:t>
            </w:r>
          </w:p>
          <w:p w14:paraId="1B6BA92C" w14:textId="5E3C9511" w:rsidR="006352BE" w:rsidRPr="004A0B2D" w:rsidRDefault="006352BE" w:rsidP="00F05C14">
            <w:pPr>
              <w:pStyle w:val="aa"/>
              <w:ind w:left="0" w:firstLine="567"/>
              <w:jc w:val="both"/>
              <w:rPr>
                <w:szCs w:val="24"/>
                <w:lang w:val="el-GR"/>
              </w:rPr>
            </w:pPr>
            <w:r w:rsidRPr="004A0B2D">
              <w:rPr>
                <w:szCs w:val="24"/>
                <w:lang w:val="el-GR"/>
              </w:rPr>
              <w:t>Η κ υ β έ ρ ν η σ η και ο Κων σ τ α ν τ ί ν ο ς αποφάσισαν να συνεχίσουν τον πόλεμο</w:t>
            </w:r>
            <w:r w:rsidR="005A5858" w:rsidRPr="004A0B2D">
              <w:rPr>
                <w:szCs w:val="24"/>
                <w:lang w:val="el-GR"/>
              </w:rPr>
              <w:t xml:space="preserve"> </w:t>
            </w:r>
            <w:r w:rsidR="005A5858" w:rsidRPr="004A0B2D">
              <w:rPr>
                <w:szCs w:val="24"/>
                <w:lang w:val="el-GR"/>
              </w:rPr>
              <w:lastRenderedPageBreak/>
              <w:t>παρά τις προεκλογικές εξαγγελίες τους</w:t>
            </w:r>
            <w:r w:rsidRPr="004A0B2D">
              <w:rPr>
                <w:szCs w:val="24"/>
                <w:lang w:val="el-GR"/>
              </w:rPr>
              <w:t>.</w:t>
            </w:r>
          </w:p>
          <w:p w14:paraId="63C41B96" w14:textId="7B455021" w:rsidR="006352BE" w:rsidRPr="004A0B2D" w:rsidRDefault="00E71CAD" w:rsidP="00E71CAD">
            <w:pPr>
              <w:pStyle w:val="aa"/>
              <w:ind w:left="0"/>
              <w:jc w:val="both"/>
              <w:rPr>
                <w:szCs w:val="24"/>
                <w:lang w:val="el-GR"/>
              </w:rPr>
            </w:pPr>
            <w:r w:rsidRPr="004A0B2D">
              <w:rPr>
                <w:szCs w:val="24"/>
                <w:lang w:val="el-GR"/>
              </w:rPr>
              <w:t xml:space="preserve">     </w:t>
            </w:r>
            <w:r w:rsidR="006352BE" w:rsidRPr="004A0B2D">
              <w:rPr>
                <w:szCs w:val="24"/>
                <w:lang w:val="el-GR"/>
              </w:rPr>
              <w:t>Επίθεση του ελληνικού στρατού το κ α λ ο κ α ί ρ ι</w:t>
            </w:r>
            <w:r w:rsidRPr="004A0B2D">
              <w:rPr>
                <w:szCs w:val="24"/>
                <w:lang w:val="el-GR"/>
              </w:rPr>
              <w:t xml:space="preserve"> </w:t>
            </w:r>
            <w:r w:rsidR="006352BE" w:rsidRPr="004A0B2D">
              <w:rPr>
                <w:szCs w:val="24"/>
                <w:lang w:val="el-GR"/>
              </w:rPr>
              <w:t xml:space="preserve"> τ ο υ 1 9 2 1 μέχρι το Σ</w:t>
            </w:r>
            <w:r w:rsidR="00952F82">
              <w:rPr>
                <w:szCs w:val="24"/>
                <w:lang w:val="el-GR"/>
              </w:rPr>
              <w:t xml:space="preserve"> </w:t>
            </w:r>
            <w:r w:rsidR="006352BE" w:rsidRPr="004A0B2D">
              <w:rPr>
                <w:szCs w:val="24"/>
                <w:lang w:val="el-GR"/>
              </w:rPr>
              <w:t>α γ</w:t>
            </w:r>
            <w:r w:rsidR="00952F82">
              <w:rPr>
                <w:szCs w:val="24"/>
                <w:lang w:val="el-GR"/>
              </w:rPr>
              <w:t xml:space="preserve"> </w:t>
            </w:r>
            <w:proofErr w:type="spellStart"/>
            <w:r w:rsidR="006352BE" w:rsidRPr="004A0B2D">
              <w:rPr>
                <w:szCs w:val="24"/>
                <w:lang w:val="el-GR"/>
              </w:rPr>
              <w:t>γ</w:t>
            </w:r>
            <w:proofErr w:type="spellEnd"/>
            <w:r w:rsidR="006352BE" w:rsidRPr="004A0B2D">
              <w:rPr>
                <w:szCs w:val="24"/>
                <w:lang w:val="el-GR"/>
              </w:rPr>
              <w:t xml:space="preserve"> ά ρ ι ο ποταμό απέτυχε</w:t>
            </w:r>
            <w:r w:rsidR="00AE4211" w:rsidRPr="004A0B2D">
              <w:rPr>
                <w:szCs w:val="24"/>
                <w:lang w:val="el-GR"/>
              </w:rPr>
              <w:t xml:space="preserve"> λόγω της απομάκρυνσης από τα κέντρα ανεφοδιασμού και </w:t>
            </w:r>
            <w:r w:rsidR="00F05035" w:rsidRPr="004A0B2D">
              <w:rPr>
                <w:szCs w:val="24"/>
                <w:lang w:val="el-GR"/>
              </w:rPr>
              <w:t xml:space="preserve">της </w:t>
            </w:r>
            <w:r w:rsidR="006352BE" w:rsidRPr="004A0B2D">
              <w:rPr>
                <w:szCs w:val="24"/>
                <w:lang w:val="el-GR"/>
              </w:rPr>
              <w:t>ισχυρή</w:t>
            </w:r>
            <w:r w:rsidR="00AE4211" w:rsidRPr="004A0B2D">
              <w:rPr>
                <w:szCs w:val="24"/>
                <w:lang w:val="el-GR"/>
              </w:rPr>
              <w:t>ς</w:t>
            </w:r>
            <w:r w:rsidR="006352BE" w:rsidRPr="004A0B2D">
              <w:rPr>
                <w:szCs w:val="24"/>
                <w:lang w:val="el-GR"/>
              </w:rPr>
              <w:t xml:space="preserve"> αντίσταση</w:t>
            </w:r>
            <w:r w:rsidR="00AE4211" w:rsidRPr="004A0B2D">
              <w:rPr>
                <w:szCs w:val="24"/>
                <w:lang w:val="el-GR"/>
              </w:rPr>
              <w:t>ς</w:t>
            </w:r>
            <w:r w:rsidR="006352BE" w:rsidRPr="004A0B2D">
              <w:rPr>
                <w:szCs w:val="24"/>
                <w:lang w:val="el-GR"/>
              </w:rPr>
              <w:t xml:space="preserve"> των Τούρκων</w:t>
            </w:r>
            <w:r w:rsidR="00AE4211" w:rsidRPr="004A0B2D">
              <w:rPr>
                <w:szCs w:val="24"/>
                <w:lang w:val="el-GR"/>
              </w:rPr>
              <w:t>. Υποχώρησε</w:t>
            </w:r>
            <w:r w:rsidR="006352BE" w:rsidRPr="004A0B2D">
              <w:rPr>
                <w:szCs w:val="24"/>
                <w:lang w:val="el-GR"/>
              </w:rPr>
              <w:t xml:space="preserve"> στη γραμμή Ε</w:t>
            </w:r>
            <w:r w:rsidR="00D16F60" w:rsidRPr="004A0B2D">
              <w:rPr>
                <w:szCs w:val="24"/>
                <w:lang w:val="el-GR"/>
              </w:rPr>
              <w:t xml:space="preserve"> </w:t>
            </w:r>
            <w:r w:rsidR="006352BE" w:rsidRPr="004A0B2D">
              <w:rPr>
                <w:szCs w:val="24"/>
                <w:lang w:val="el-GR"/>
              </w:rPr>
              <w:t>σ κ ί</w:t>
            </w:r>
            <w:r w:rsidR="00AE4211" w:rsidRPr="004A0B2D">
              <w:rPr>
                <w:szCs w:val="24"/>
                <w:lang w:val="el-GR"/>
              </w:rPr>
              <w:t xml:space="preserve"> </w:t>
            </w:r>
            <w:r w:rsidR="006352BE" w:rsidRPr="004A0B2D">
              <w:rPr>
                <w:szCs w:val="24"/>
                <w:lang w:val="el-GR"/>
              </w:rPr>
              <w:t>Σε χ ί ρ - Κι ο υ τ ά χ ε ι α - Αφ ι ό ν Κα ρ α χ ι σ ά ρ</w:t>
            </w:r>
            <w:r w:rsidR="00AE4211" w:rsidRPr="004A0B2D">
              <w:rPr>
                <w:szCs w:val="24"/>
                <w:lang w:val="el-GR"/>
              </w:rPr>
              <w:t xml:space="preserve"> για τον επόμενο χρόνο</w:t>
            </w:r>
            <w:r w:rsidR="006352BE" w:rsidRPr="004A0B2D">
              <w:rPr>
                <w:szCs w:val="24"/>
                <w:lang w:val="el-GR"/>
              </w:rPr>
              <w:t>.</w:t>
            </w:r>
          </w:p>
          <w:p w14:paraId="7C0C62F3" w14:textId="2D200CE8" w:rsidR="006352BE" w:rsidRPr="004A0B2D" w:rsidRDefault="006352BE" w:rsidP="00320DEC">
            <w:pPr>
              <w:pStyle w:val="aa"/>
              <w:ind w:left="0" w:firstLine="567"/>
              <w:jc w:val="both"/>
              <w:rPr>
                <w:szCs w:val="24"/>
                <w:lang w:val="el-GR"/>
              </w:rPr>
            </w:pPr>
            <w:r w:rsidRPr="004A0B2D">
              <w:rPr>
                <w:szCs w:val="24"/>
                <w:lang w:val="el-GR"/>
              </w:rPr>
              <w:t>Ο Κ</w:t>
            </w:r>
            <w:r w:rsidR="00320DEC" w:rsidRPr="004A0B2D">
              <w:rPr>
                <w:szCs w:val="24"/>
                <w:lang w:val="el-GR"/>
              </w:rPr>
              <w:t xml:space="preserve"> ε μ ά λ</w:t>
            </w:r>
            <w:r w:rsidRPr="004A0B2D">
              <w:rPr>
                <w:szCs w:val="24"/>
                <w:lang w:val="el-GR"/>
              </w:rPr>
              <w:t>, ενισχυμένος πλέον, εμφανιζόταν αδιάλλακτος.</w:t>
            </w:r>
            <w:r w:rsidR="00172C4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Στην Α</w:t>
            </w:r>
            <w:r w:rsidR="00172C4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θ ή ν α ενισχύονταν οι α ν τ ι π ο λ ι τ ε υ τ ι κ έ ς φ</w:t>
            </w:r>
            <w:r w:rsidR="00AE4211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ω</w:t>
            </w:r>
            <w:r w:rsidR="00AE4211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ν έ ς και οξυνόταν η</w:t>
            </w:r>
            <w:r w:rsidR="00AE4211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ο ι κ ο ν ο μ ι κ ή κ ρ ί σ η .</w:t>
            </w:r>
            <w:r w:rsidR="00EE700C" w:rsidRPr="004A0B2D">
              <w:rPr>
                <w:szCs w:val="24"/>
                <w:lang w:val="el-GR"/>
              </w:rPr>
              <w:tab/>
            </w:r>
          </w:p>
          <w:p w14:paraId="59C19062" w14:textId="3512342D" w:rsidR="004B587F" w:rsidRDefault="006352BE" w:rsidP="00D16F60">
            <w:pPr>
              <w:pStyle w:val="aa"/>
              <w:ind w:left="0" w:firstLine="567"/>
              <w:jc w:val="both"/>
              <w:rPr>
                <w:szCs w:val="24"/>
                <w:lang w:val="el-GR"/>
              </w:rPr>
            </w:pPr>
            <w:r w:rsidRPr="004A0B2D">
              <w:rPr>
                <w:szCs w:val="24"/>
                <w:lang w:val="el-GR"/>
              </w:rPr>
              <w:t xml:space="preserve">Στις 1 3 </w:t>
            </w:r>
            <w:proofErr w:type="spellStart"/>
            <w:r w:rsidRPr="004A0B2D">
              <w:rPr>
                <w:szCs w:val="24"/>
                <w:lang w:val="el-GR"/>
              </w:rPr>
              <w:t>Αυ</w:t>
            </w:r>
            <w:proofErr w:type="spellEnd"/>
            <w:r w:rsidRPr="004A0B2D">
              <w:rPr>
                <w:szCs w:val="24"/>
                <w:lang w:val="el-GR"/>
              </w:rPr>
              <w:t xml:space="preserve"> γ ο ύ σ τ ο υ 1 9 2 </w:t>
            </w:r>
            <w:proofErr w:type="spellStart"/>
            <w:r w:rsidRPr="004A0B2D">
              <w:rPr>
                <w:szCs w:val="24"/>
                <w:lang w:val="el-GR"/>
              </w:rPr>
              <w:t>2</w:t>
            </w:r>
            <w:proofErr w:type="spellEnd"/>
            <w:r w:rsidRPr="004A0B2D">
              <w:rPr>
                <w:szCs w:val="24"/>
                <w:lang w:val="el-GR"/>
              </w:rPr>
              <w:t xml:space="preserve"> εκ</w:t>
            </w:r>
            <w:r w:rsidR="00AE4211" w:rsidRPr="004A0B2D">
              <w:rPr>
                <w:szCs w:val="24"/>
                <w:lang w:val="el-GR"/>
              </w:rPr>
              <w:t>δηλώθηκε η τουρκική αντεπίθεση,</w:t>
            </w:r>
            <w:r w:rsidRPr="004A0B2D">
              <w:rPr>
                <w:szCs w:val="24"/>
                <w:lang w:val="el-GR"/>
              </w:rPr>
              <w:t xml:space="preserve"> η ελληνική</w:t>
            </w:r>
            <w:r w:rsidR="00AE4211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άμυ</w:t>
            </w:r>
            <w:r w:rsidR="00AE4211" w:rsidRPr="004A0B2D">
              <w:rPr>
                <w:szCs w:val="24"/>
                <w:lang w:val="el-GR"/>
              </w:rPr>
              <w:t xml:space="preserve">να κατέρρευσε, </w:t>
            </w:r>
            <w:r w:rsidRPr="004A0B2D">
              <w:rPr>
                <w:szCs w:val="24"/>
                <w:lang w:val="el-GR"/>
              </w:rPr>
              <w:t xml:space="preserve"> στις 2 7 </w:t>
            </w:r>
            <w:proofErr w:type="spellStart"/>
            <w:r w:rsidRPr="004A0B2D">
              <w:rPr>
                <w:szCs w:val="24"/>
                <w:lang w:val="el-GR"/>
              </w:rPr>
              <w:t>Αυ</w:t>
            </w:r>
            <w:proofErr w:type="spellEnd"/>
            <w:r w:rsidRPr="004A0B2D">
              <w:rPr>
                <w:szCs w:val="24"/>
                <w:lang w:val="el-GR"/>
              </w:rPr>
              <w:t xml:space="preserve"> γ ο ύ σ τ ο υ οι Τούρκοι μπήκαν στη </w:t>
            </w:r>
            <w:r w:rsidR="00320DEC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Σ</w:t>
            </w:r>
            <w:r w:rsidR="00320DEC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μ ύ ρ ν η</w:t>
            </w:r>
            <w:r w:rsidR="00AE4211" w:rsidRPr="004A0B2D">
              <w:rPr>
                <w:szCs w:val="24"/>
                <w:lang w:val="el-GR"/>
              </w:rPr>
              <w:t xml:space="preserve"> και</w:t>
            </w:r>
            <w:r w:rsidRPr="004A0B2D">
              <w:rPr>
                <w:szCs w:val="24"/>
                <w:lang w:val="el-GR"/>
              </w:rPr>
              <w:t xml:space="preserve"> ο</w:t>
            </w:r>
            <w:r w:rsidR="00AE4211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 xml:space="preserve">μ ι κ ρ α σ ι α </w:t>
            </w:r>
            <w:r w:rsidR="00952F82">
              <w:rPr>
                <w:szCs w:val="24"/>
                <w:lang w:val="el-GR"/>
              </w:rPr>
              <w:t>-</w:t>
            </w:r>
            <w:r w:rsidRPr="004A0B2D">
              <w:rPr>
                <w:szCs w:val="24"/>
                <w:lang w:val="el-GR"/>
              </w:rPr>
              <w:t xml:space="preserve">τ ι κ ό ς ε λ </w:t>
            </w:r>
            <w:proofErr w:type="spellStart"/>
            <w:r w:rsidRPr="004A0B2D">
              <w:rPr>
                <w:szCs w:val="24"/>
                <w:lang w:val="el-GR"/>
              </w:rPr>
              <w:t>λ</w:t>
            </w:r>
            <w:proofErr w:type="spellEnd"/>
            <w:r w:rsidRPr="004A0B2D">
              <w:rPr>
                <w:szCs w:val="24"/>
                <w:lang w:val="el-GR"/>
              </w:rPr>
              <w:t xml:space="preserve"> η ν ι σ μ ό ς </w:t>
            </w:r>
            <w:r w:rsidR="006B56C8" w:rsidRPr="004A0B2D">
              <w:rPr>
                <w:szCs w:val="24"/>
                <w:lang w:val="el-GR"/>
              </w:rPr>
              <w:t xml:space="preserve">σφαγιάστηκε, ξεριζώθηκε και </w:t>
            </w:r>
            <w:r w:rsidRPr="004A0B2D">
              <w:rPr>
                <w:szCs w:val="24"/>
                <w:lang w:val="el-GR"/>
              </w:rPr>
              <w:t>πήρε το δ ρ ό μ ο</w:t>
            </w:r>
            <w:r w:rsidR="00172C4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 xml:space="preserve"> τ η ς </w:t>
            </w:r>
            <w:r w:rsidR="00172C4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π ρ ο σ φ</w:t>
            </w:r>
            <w:r w:rsidR="00172C48" w:rsidRPr="004A0B2D">
              <w:rPr>
                <w:szCs w:val="24"/>
                <w:lang w:val="el-GR"/>
              </w:rPr>
              <w:t xml:space="preserve"> </w:t>
            </w:r>
            <w:r w:rsidRPr="004A0B2D">
              <w:rPr>
                <w:szCs w:val="24"/>
                <w:lang w:val="el-GR"/>
              </w:rPr>
              <w:t>υ γ ι ά ς .</w:t>
            </w:r>
          </w:p>
          <w:p w14:paraId="5DC3E3F3" w14:textId="77777777" w:rsidR="00883DFF" w:rsidRPr="004A0B2D" w:rsidRDefault="00883DFF" w:rsidP="00D16F60">
            <w:pPr>
              <w:pStyle w:val="aa"/>
              <w:ind w:left="0" w:firstLine="567"/>
              <w:jc w:val="both"/>
              <w:rPr>
                <w:szCs w:val="24"/>
                <w:lang w:val="el-GR"/>
              </w:rPr>
            </w:pPr>
          </w:p>
          <w:p w14:paraId="1328C8E5" w14:textId="77777777" w:rsidR="00D16F60" w:rsidRPr="004A0B2D" w:rsidRDefault="00D16F60" w:rsidP="00D16F60">
            <w:pPr>
              <w:pStyle w:val="aa"/>
              <w:ind w:left="0" w:firstLine="567"/>
              <w:jc w:val="both"/>
              <w:rPr>
                <w:szCs w:val="24"/>
                <w:lang w:val="el-GR"/>
              </w:rPr>
            </w:pPr>
          </w:p>
          <w:p w14:paraId="14720872" w14:textId="4C12614C" w:rsidR="00DA043C" w:rsidRPr="00883DFF" w:rsidRDefault="002E1635" w:rsidP="00883DFF">
            <w:pPr>
              <w:pStyle w:val="aa"/>
              <w:numPr>
                <w:ilvl w:val="0"/>
                <w:numId w:val="24"/>
              </w:numPr>
              <w:spacing w:line="360" w:lineRule="auto"/>
              <w:rPr>
                <w:szCs w:val="24"/>
                <w:lang w:val="el-GR"/>
              </w:rPr>
            </w:pPr>
            <w:r w:rsidRPr="00883DFF">
              <w:rPr>
                <w:szCs w:val="24"/>
                <w:lang w:val="el-GR"/>
              </w:rPr>
              <w:t>Φύλλο</w:t>
            </w:r>
            <w:r w:rsidR="00DA043C" w:rsidRPr="00883DFF">
              <w:rPr>
                <w:szCs w:val="24"/>
                <w:lang w:val="el-GR"/>
              </w:rPr>
              <w:t xml:space="preserve"> εργασίας με ερω</w:t>
            </w:r>
            <w:r w:rsidR="00C03DEC" w:rsidRPr="00883DFF">
              <w:rPr>
                <w:szCs w:val="24"/>
                <w:lang w:val="el-GR"/>
              </w:rPr>
              <w:t>τήσεις εμπέδωσης ενότητα</w:t>
            </w:r>
            <w:r w:rsidR="00842619">
              <w:rPr>
                <w:szCs w:val="24"/>
                <w:lang w:val="el-GR"/>
              </w:rPr>
              <w:t xml:space="preserve">ς </w:t>
            </w:r>
            <w:r w:rsidR="00515EDC" w:rsidRPr="00883DFF">
              <w:rPr>
                <w:szCs w:val="24"/>
                <w:lang w:val="el-GR"/>
              </w:rPr>
              <w:t xml:space="preserve"> 38</w:t>
            </w:r>
            <w:r w:rsidR="00223743" w:rsidRPr="00883DFF">
              <w:rPr>
                <w:szCs w:val="24"/>
                <w:lang w:val="el-GR"/>
              </w:rPr>
              <w:t xml:space="preserve"> από τον Ελληνικό </w:t>
            </w:r>
            <w:r w:rsidR="00254467" w:rsidRPr="00883DFF">
              <w:rPr>
                <w:szCs w:val="24"/>
                <w:lang w:val="el-GR"/>
              </w:rPr>
              <w:t xml:space="preserve"> </w:t>
            </w:r>
            <w:r w:rsidR="00223743" w:rsidRPr="00883DFF">
              <w:rPr>
                <w:szCs w:val="24"/>
                <w:lang w:val="el-GR"/>
              </w:rPr>
              <w:t>Πολιτισμό</w:t>
            </w:r>
            <w:r w:rsidR="00E918C4" w:rsidRPr="00883DFF">
              <w:rPr>
                <w:szCs w:val="24"/>
                <w:lang w:val="el-GR"/>
              </w:rPr>
              <w:t>:</w:t>
            </w:r>
          </w:p>
          <w:p w14:paraId="3BD1D9E9" w14:textId="3C76A677" w:rsidR="002704DD" w:rsidRPr="004A0B2D" w:rsidRDefault="005F162D" w:rsidP="002704DD">
            <w:pPr>
              <w:spacing w:line="360" w:lineRule="auto"/>
              <w:ind w:left="360"/>
              <w:rPr>
                <w:color w:val="0070C0"/>
                <w:sz w:val="24"/>
                <w:szCs w:val="24"/>
                <w:lang w:val="el-GR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hyperlink r:id="rId20" w:history="1">
              <w:r w:rsidR="00AC1BDA" w:rsidRPr="004A0B2D">
                <w:rPr>
                  <w:rStyle w:val="-"/>
                  <w:sz w:val="24"/>
                  <w:szCs w:val="24"/>
                  <w:lang w:val="el-GR"/>
                </w:rPr>
                <w:t>https://</w:t>
              </w:r>
              <w:r w:rsidR="00AC1BDA" w:rsidRPr="004A0B2D">
                <w:rPr>
                  <w:rStyle w:val="-"/>
                  <w:sz w:val="24"/>
                  <w:szCs w:val="24"/>
                  <w:lang w:val="el-GR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</w:rPr>
                <w:t>docs.google.com</w:t>
              </w:r>
              <w:r w:rsidR="00AC1BDA" w:rsidRPr="004A0B2D">
                <w:rPr>
                  <w:rStyle w:val="-"/>
                  <w:b/>
                  <w:sz w:val="24"/>
                  <w:szCs w:val="24"/>
                  <w:lang w:val="el-GR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1">
                            <w14:tint w14:val="40000"/>
                            <w14:satMod w14:val="250000"/>
                          </w14:schemeClr>
                        </w14:gs>
                        <w14:gs w14:pos="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50000">
                          <w14:schemeClr w14:val="accent1">
                            <w14:shade w14:val="20000"/>
                            <w14:satMod w14:val="300000"/>
                          </w14:schemeClr>
                        </w14:gs>
                        <w14:gs w14:pos="79000">
                          <w14:schemeClr w14:val="accent1">
                            <w14:tint w14:val="52000"/>
                            <w14:satMod w14:val="300000"/>
                          </w14:schemeClr>
                        </w14:gs>
                        <w14:gs w14:pos="100000">
                          <w14:schemeClr w14:val="accent1">
                            <w14:tint w14:val="40000"/>
                            <w14:satMod w14:val="25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/</w:t>
              </w:r>
              <w:r w:rsidR="00AC1BDA" w:rsidRPr="004A0B2D">
                <w:rPr>
                  <w:rStyle w:val="-"/>
                  <w:sz w:val="24"/>
                  <w:szCs w:val="24"/>
                  <w:lang w:val="el-GR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</w:rPr>
                <w:t>forms/d/e/1FAIpQLSfmASv5hZwHzNKQxZCGQxw_hj9kVR4cj5jgaD9-QpJay2LWxQ/viewform</w:t>
              </w:r>
            </w:hyperlink>
          </w:p>
          <w:p w14:paraId="18D1BF1C" w14:textId="77777777" w:rsidR="00AC1BDA" w:rsidRPr="004A0B2D" w:rsidRDefault="00AC1BDA" w:rsidP="002704DD">
            <w:pPr>
              <w:spacing w:line="360" w:lineRule="auto"/>
              <w:ind w:left="360"/>
              <w:rPr>
                <w:color w:val="0070C0"/>
                <w:sz w:val="24"/>
                <w:szCs w:val="24"/>
                <w:lang w:val="el-GR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30091BA9" w14:textId="77777777" w:rsidR="004D5370" w:rsidRDefault="004D5370" w:rsidP="00E435C6">
            <w:pPr>
              <w:spacing w:line="360" w:lineRule="auto"/>
              <w:rPr>
                <w:b/>
                <w:sz w:val="24"/>
                <w:szCs w:val="24"/>
                <w:lang w:val="el-GR"/>
              </w:rPr>
            </w:pPr>
            <w:bookmarkStart w:id="1" w:name="_GoBack"/>
            <w:bookmarkEnd w:id="1"/>
            <w:r w:rsidRPr="001F0837">
              <w:rPr>
                <w:b/>
                <w:sz w:val="24"/>
                <w:szCs w:val="24"/>
                <w:lang w:val="el-GR"/>
              </w:rPr>
              <w:t xml:space="preserve">Εργασίες για μελέτη και εμπέδωση στο σπίτι: </w:t>
            </w:r>
          </w:p>
          <w:p w14:paraId="5B5533C9" w14:textId="1BDD1ECA" w:rsidR="00946A83" w:rsidRPr="002A13DA" w:rsidRDefault="00946A83" w:rsidP="002A13DA">
            <w:pPr>
              <w:pStyle w:val="aa"/>
              <w:numPr>
                <w:ilvl w:val="0"/>
                <w:numId w:val="20"/>
              </w:numPr>
              <w:spacing w:line="360" w:lineRule="auto"/>
              <w:rPr>
                <w:sz w:val="24"/>
                <w:szCs w:val="24"/>
                <w:lang w:val="el-GR"/>
              </w:rPr>
            </w:pPr>
            <w:r w:rsidRPr="002A13DA">
              <w:rPr>
                <w:sz w:val="24"/>
                <w:szCs w:val="24"/>
                <w:lang w:val="el-GR"/>
              </w:rPr>
              <w:t>Δοκιμάστε να ερμηνεύσετε την απόφαση τ</w:t>
            </w:r>
            <w:r w:rsidR="00AC1BDA" w:rsidRPr="002A13DA">
              <w:rPr>
                <w:sz w:val="24"/>
                <w:szCs w:val="24"/>
                <w:lang w:val="el-GR"/>
              </w:rPr>
              <w:t xml:space="preserve">ων κυβερνήσεων μετά το Νοέμβριο </w:t>
            </w:r>
            <w:r w:rsidRPr="002A13DA">
              <w:rPr>
                <w:sz w:val="24"/>
                <w:szCs w:val="24"/>
                <w:lang w:val="el-GR"/>
              </w:rPr>
              <w:t>του 1920 να συνεχίσουν τον μικρασιατικό πόλεμο. Καλό θα ήταν να μελετήσετε πριν την πηγή 1</w:t>
            </w:r>
            <w:r w:rsidR="00B640F8" w:rsidRPr="002A13DA">
              <w:rPr>
                <w:sz w:val="24"/>
                <w:szCs w:val="24"/>
                <w:lang w:val="el-GR"/>
              </w:rPr>
              <w:t xml:space="preserve"> του βιβλίου σας</w:t>
            </w:r>
            <w:r w:rsidRPr="002A13DA">
              <w:rPr>
                <w:sz w:val="24"/>
                <w:szCs w:val="24"/>
                <w:lang w:val="el-GR"/>
              </w:rPr>
              <w:t>.</w:t>
            </w:r>
          </w:p>
          <w:p w14:paraId="6EB09C8E" w14:textId="0C059B1E" w:rsidR="00946A83" w:rsidRPr="00946A83" w:rsidRDefault="00946A83" w:rsidP="00AC1BDA">
            <w:pPr>
              <w:pStyle w:val="aa"/>
              <w:numPr>
                <w:ilvl w:val="0"/>
                <w:numId w:val="20"/>
              </w:numPr>
              <w:spacing w:line="360" w:lineRule="auto"/>
              <w:rPr>
                <w:sz w:val="24"/>
                <w:szCs w:val="24"/>
                <w:lang w:val="el-GR"/>
              </w:rPr>
            </w:pPr>
            <w:r w:rsidRPr="00946A83">
              <w:rPr>
                <w:sz w:val="24"/>
                <w:szCs w:val="24"/>
                <w:lang w:val="el-GR"/>
              </w:rPr>
              <w:t>Θεωρείτε ότι ο μικρασιατικός πόλεμος κρίθηκε αποκλειστικά σε στρατιωτικό επίπεδο; Να τεκμηριώσετε την απάντησή σας.</w:t>
            </w:r>
          </w:p>
          <w:p w14:paraId="39FB28A4" w14:textId="4272E52C" w:rsidR="00946A83" w:rsidRPr="00946A83" w:rsidRDefault="00946A83" w:rsidP="00AC1BDA">
            <w:pPr>
              <w:spacing w:line="360" w:lineRule="auto"/>
              <w:jc w:val="both"/>
              <w:rPr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3.</w:t>
            </w:r>
            <w:r>
              <w:rPr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946A83">
              <w:rPr>
                <w:sz w:val="24"/>
                <w:szCs w:val="24"/>
                <w:lang w:val="el-GR"/>
              </w:rPr>
              <w:t>Διαθεματική</w:t>
            </w:r>
            <w:proofErr w:type="spellEnd"/>
            <w:r w:rsidRPr="00946A83">
              <w:rPr>
                <w:sz w:val="24"/>
                <w:szCs w:val="24"/>
                <w:lang w:val="el-GR"/>
              </w:rPr>
              <w:t xml:space="preserve"> δραστηριότητα: Ιστορία, λογοτεχνία και κινηματογράφος: να διαβάσετε το αφήγημα του Ηλία </w:t>
            </w:r>
            <w:proofErr w:type="spellStart"/>
            <w:r w:rsidRPr="00946A83">
              <w:rPr>
                <w:sz w:val="24"/>
                <w:szCs w:val="24"/>
                <w:lang w:val="el-GR"/>
              </w:rPr>
              <w:t>Βενέζη</w:t>
            </w:r>
            <w:proofErr w:type="spellEnd"/>
            <w:r w:rsidRPr="00946A83">
              <w:rPr>
                <w:sz w:val="24"/>
                <w:szCs w:val="24"/>
                <w:lang w:val="el-GR"/>
              </w:rPr>
              <w:t xml:space="preserve"> Νούμερο 31328, να δείτε την ταινία του Νίκου Κούνδουρου</w:t>
            </w:r>
            <w:r w:rsidRPr="004D3639">
              <w:rPr>
                <w:color w:val="000000" w:themeColor="text1"/>
                <w:sz w:val="24"/>
                <w:szCs w:val="24"/>
                <w:lang w:val="el-GR"/>
              </w:rPr>
              <w:t xml:space="preserve"> 1922</w:t>
            </w:r>
            <w:r w:rsidR="004D3639" w:rsidRPr="004D3639">
              <w:rPr>
                <w:color w:val="000000" w:themeColor="text1"/>
                <w:sz w:val="24"/>
                <w:szCs w:val="24"/>
                <w:lang w:val="el-GR"/>
              </w:rPr>
              <w:t xml:space="preserve"> </w:t>
            </w:r>
            <w:r w:rsidR="004D3639">
              <w:rPr>
                <w:color w:val="0070C0"/>
                <w:sz w:val="24"/>
                <w:szCs w:val="24"/>
                <w:lang w:val="el-GR"/>
              </w:rPr>
              <w:t>(</w:t>
            </w:r>
            <w:r w:rsidR="004D3639" w:rsidRPr="004D3639">
              <w:rPr>
                <w:color w:val="0070C0"/>
                <w:sz w:val="24"/>
                <w:szCs w:val="24"/>
                <w:lang w:val="el-GR"/>
              </w:rPr>
              <w:t>https://www.youtube.com/embed/NrzsxsSGIIw</w:t>
            </w:r>
            <w:r w:rsidR="004D3639">
              <w:rPr>
                <w:color w:val="0070C0"/>
                <w:sz w:val="24"/>
                <w:szCs w:val="24"/>
                <w:lang w:val="el-GR"/>
              </w:rPr>
              <w:t>)</w:t>
            </w:r>
            <w:r w:rsidRPr="004D3639">
              <w:rPr>
                <w:color w:val="0070C0"/>
                <w:sz w:val="24"/>
                <w:szCs w:val="24"/>
                <w:lang w:val="el-GR"/>
              </w:rPr>
              <w:t xml:space="preserve"> </w:t>
            </w:r>
            <w:r w:rsidRPr="00946A83">
              <w:rPr>
                <w:sz w:val="24"/>
                <w:szCs w:val="24"/>
                <w:lang w:val="el-GR"/>
              </w:rPr>
              <w:t>και στη συνέχεια να τα παρουσιάσετε στην τάξη σας.</w:t>
            </w:r>
          </w:p>
          <w:p w14:paraId="10734BEC" w14:textId="345D2B6A" w:rsidR="004D5370" w:rsidRPr="001F0837" w:rsidRDefault="00946A83" w:rsidP="00AC1BDA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4.</w:t>
            </w:r>
            <w:r w:rsidRPr="00A80452">
              <w:rPr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A80452">
              <w:rPr>
                <w:sz w:val="24"/>
                <w:szCs w:val="24"/>
                <w:lang w:val="el-GR"/>
              </w:rPr>
              <w:t>Δ</w:t>
            </w:r>
            <w:r w:rsidR="004D5370" w:rsidRPr="00A80452">
              <w:rPr>
                <w:sz w:val="24"/>
                <w:szCs w:val="24"/>
                <w:lang w:val="el-GR"/>
              </w:rPr>
              <w:t>ιαδραστική</w:t>
            </w:r>
            <w:proofErr w:type="spellEnd"/>
            <w:r w:rsidR="004D5370" w:rsidRPr="001F0837">
              <w:rPr>
                <w:b/>
                <w:sz w:val="24"/>
                <w:szCs w:val="24"/>
                <w:lang w:val="el-GR"/>
              </w:rPr>
              <w:t xml:space="preserve"> </w:t>
            </w:r>
            <w:r w:rsidR="004D5370" w:rsidRPr="00A80452">
              <w:rPr>
                <w:sz w:val="24"/>
                <w:szCs w:val="24"/>
                <w:lang w:val="el-GR"/>
              </w:rPr>
              <w:t>δραστηριότητα:</w:t>
            </w:r>
            <w:r w:rsidR="00AC1BDA">
              <w:rPr>
                <w:sz w:val="24"/>
                <w:szCs w:val="24"/>
                <w:lang w:val="el-GR"/>
              </w:rPr>
              <w:t xml:space="preserve"> </w:t>
            </w:r>
            <w:r w:rsidR="004D5370" w:rsidRPr="001F0837">
              <w:rPr>
                <w:sz w:val="24"/>
                <w:szCs w:val="24"/>
                <w:lang w:val="el-GR"/>
              </w:rPr>
              <w:t>Οι μαθητές χωρίζονται σε δύο ομάδες (νικητές</w:t>
            </w:r>
            <w:r>
              <w:rPr>
                <w:sz w:val="24"/>
                <w:szCs w:val="24"/>
                <w:lang w:val="el-GR"/>
              </w:rPr>
              <w:t xml:space="preserve"> Έλληνες – ηττημένοι Τούρκοι) και συζητούν αν η  συνθήκη των Σεβρών ήταν δίκαιη</w:t>
            </w:r>
            <w:r w:rsidR="004D5370" w:rsidRPr="001F0837">
              <w:rPr>
                <w:sz w:val="24"/>
                <w:szCs w:val="24"/>
                <w:lang w:val="el-GR"/>
              </w:rPr>
              <w:t xml:space="preserve"> ή όχι.</w:t>
            </w:r>
          </w:p>
          <w:p w14:paraId="323443D9" w14:textId="4EA3CA6A" w:rsidR="004D5370" w:rsidRPr="001F0837" w:rsidRDefault="003600DC" w:rsidP="00AC1BDA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5.</w:t>
            </w:r>
            <w:r w:rsidR="00F23B14" w:rsidRPr="001F0837">
              <w:rPr>
                <w:sz w:val="24"/>
                <w:szCs w:val="24"/>
                <w:lang w:val="el-GR"/>
              </w:rPr>
              <w:t xml:space="preserve"> </w:t>
            </w:r>
            <w:r w:rsidR="004D5370" w:rsidRPr="001F0837">
              <w:rPr>
                <w:sz w:val="24"/>
                <w:szCs w:val="24"/>
                <w:lang w:val="el-GR"/>
              </w:rPr>
              <w:t xml:space="preserve">Ζητάμε από τους μαθητές </w:t>
            </w:r>
            <w:r w:rsidR="006D1CD6">
              <w:rPr>
                <w:sz w:val="24"/>
                <w:szCs w:val="24"/>
                <w:lang w:val="el-GR"/>
              </w:rPr>
              <w:t xml:space="preserve">αφού αναζητήσουν τα πρωτοσέλιδα της εποχής, </w:t>
            </w:r>
            <w:r w:rsidR="004D5370" w:rsidRPr="001F0837">
              <w:rPr>
                <w:sz w:val="24"/>
                <w:szCs w:val="24"/>
                <w:lang w:val="el-GR"/>
              </w:rPr>
              <w:t xml:space="preserve">να φτιάξουν το </w:t>
            </w:r>
            <w:r w:rsidR="006D1CD6">
              <w:rPr>
                <w:sz w:val="24"/>
                <w:szCs w:val="24"/>
                <w:lang w:val="el-GR"/>
              </w:rPr>
              <w:t xml:space="preserve">δικό τους </w:t>
            </w:r>
            <w:r w:rsidR="004D5370" w:rsidRPr="001F0837">
              <w:rPr>
                <w:sz w:val="24"/>
                <w:szCs w:val="24"/>
                <w:lang w:val="el-GR"/>
              </w:rPr>
              <w:t>πρωτο</w:t>
            </w:r>
            <w:r w:rsidR="00A80452">
              <w:rPr>
                <w:sz w:val="24"/>
                <w:szCs w:val="24"/>
                <w:lang w:val="el-GR"/>
              </w:rPr>
              <w:t>σέλιδο σε μια εφημερίδα του 1922</w:t>
            </w:r>
            <w:r w:rsidR="004D5370" w:rsidRPr="001F0837">
              <w:rPr>
                <w:sz w:val="24"/>
                <w:szCs w:val="24"/>
                <w:lang w:val="el-GR"/>
              </w:rPr>
              <w:t xml:space="preserve"> για τη</w:t>
            </w:r>
            <w:r w:rsidR="00A80452">
              <w:rPr>
                <w:sz w:val="24"/>
                <w:szCs w:val="24"/>
                <w:lang w:val="el-GR"/>
              </w:rPr>
              <w:t>ν καταστροφή της Σμύρνης και τον τραγικό ξεριζωμό του μικρασιατικού Ελληνισμού.</w:t>
            </w:r>
            <w:r w:rsidR="004D5370" w:rsidRPr="001F0837">
              <w:rPr>
                <w:sz w:val="24"/>
                <w:szCs w:val="24"/>
                <w:lang w:val="el-GR"/>
              </w:rPr>
              <w:t xml:space="preserve"> </w:t>
            </w:r>
          </w:p>
          <w:p w14:paraId="1A1BAEA1" w14:textId="0B1316B3" w:rsidR="004D5370" w:rsidRPr="001F0837" w:rsidRDefault="003600DC" w:rsidP="00AC1BDA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6.</w:t>
            </w:r>
            <w:r w:rsidR="00F23B14" w:rsidRPr="001F0837">
              <w:rPr>
                <w:sz w:val="24"/>
                <w:szCs w:val="24"/>
                <w:lang w:val="el-GR"/>
              </w:rPr>
              <w:t xml:space="preserve"> </w:t>
            </w:r>
            <w:r w:rsidR="00AC1BDA">
              <w:rPr>
                <w:sz w:val="24"/>
                <w:szCs w:val="24"/>
                <w:lang w:val="el-GR"/>
              </w:rPr>
              <w:t xml:space="preserve">Φτιάξτε μια </w:t>
            </w:r>
            <w:proofErr w:type="spellStart"/>
            <w:r w:rsidR="00AC1BDA">
              <w:rPr>
                <w:sz w:val="24"/>
                <w:szCs w:val="24"/>
                <w:lang w:val="el-GR"/>
              </w:rPr>
              <w:t>χρονογραμμή</w:t>
            </w:r>
            <w:proofErr w:type="spellEnd"/>
            <w:r w:rsidR="00AC1BDA">
              <w:rPr>
                <w:sz w:val="24"/>
                <w:szCs w:val="24"/>
                <w:lang w:val="el-GR"/>
              </w:rPr>
              <w:t xml:space="preserve"> με τα κυριότερα γεγονότα του Μικρασιατικού </w:t>
            </w:r>
            <w:r w:rsidR="00AC1BDA">
              <w:rPr>
                <w:sz w:val="24"/>
                <w:szCs w:val="24"/>
                <w:lang w:val="el-GR"/>
              </w:rPr>
              <w:lastRenderedPageBreak/>
              <w:t>πολέμου.</w:t>
            </w:r>
            <w:r w:rsidR="00E36E65">
              <w:rPr>
                <w:sz w:val="24"/>
                <w:szCs w:val="24"/>
                <w:lang w:val="el-GR"/>
              </w:rPr>
              <w:t xml:space="preserve"> </w:t>
            </w:r>
            <w:r w:rsidR="00FC1CB4">
              <w:rPr>
                <w:sz w:val="24"/>
                <w:szCs w:val="24"/>
                <w:lang w:val="el-GR"/>
              </w:rPr>
              <w:t>(</w:t>
            </w:r>
            <w:r w:rsidR="00FC1CB4" w:rsidRPr="00FC1CB4">
              <w:rPr>
                <w:sz w:val="24"/>
                <w:szCs w:val="24"/>
              </w:rPr>
              <w:t>Storyboard</w:t>
            </w:r>
            <w:r w:rsidR="00FC1CB4" w:rsidRPr="00FC1CB4">
              <w:rPr>
                <w:sz w:val="24"/>
                <w:szCs w:val="24"/>
                <w:lang w:val="el-GR"/>
              </w:rPr>
              <w:t xml:space="preserve"> </w:t>
            </w:r>
            <w:r w:rsidR="00FC1CB4" w:rsidRPr="00FC1CB4">
              <w:rPr>
                <w:sz w:val="24"/>
                <w:szCs w:val="24"/>
              </w:rPr>
              <w:t>That</w:t>
            </w:r>
            <w:r w:rsidR="00FC1CB4" w:rsidRPr="00FC1CB4">
              <w:rPr>
                <w:sz w:val="24"/>
                <w:szCs w:val="24"/>
                <w:lang w:val="el-GR"/>
              </w:rPr>
              <w:t xml:space="preserve"> (</w:t>
            </w:r>
            <w:r w:rsidR="00FC1CB4" w:rsidRPr="00FC1CB4">
              <w:rPr>
                <w:sz w:val="24"/>
                <w:szCs w:val="24"/>
              </w:rPr>
              <w:t>https</w:t>
            </w:r>
            <w:r w:rsidR="00FC1CB4" w:rsidRPr="00FC1CB4">
              <w:rPr>
                <w:sz w:val="24"/>
                <w:szCs w:val="24"/>
                <w:lang w:val="el-GR"/>
              </w:rPr>
              <w:t>://</w:t>
            </w:r>
            <w:r w:rsidR="00FC1CB4" w:rsidRPr="00FC1CB4">
              <w:rPr>
                <w:sz w:val="24"/>
                <w:szCs w:val="24"/>
              </w:rPr>
              <w:t>www</w:t>
            </w:r>
            <w:r w:rsidR="00FC1CB4" w:rsidRPr="00FC1CB4">
              <w:rPr>
                <w:sz w:val="24"/>
                <w:szCs w:val="24"/>
                <w:lang w:val="el-GR"/>
              </w:rPr>
              <w:t>.</w:t>
            </w:r>
            <w:proofErr w:type="spellStart"/>
            <w:r w:rsidR="00FC1CB4" w:rsidRPr="00FC1CB4">
              <w:rPr>
                <w:sz w:val="24"/>
                <w:szCs w:val="24"/>
              </w:rPr>
              <w:t>storyboardthat</w:t>
            </w:r>
            <w:proofErr w:type="spellEnd"/>
            <w:r w:rsidR="00FC1CB4" w:rsidRPr="00FC1CB4">
              <w:rPr>
                <w:sz w:val="24"/>
                <w:szCs w:val="24"/>
                <w:lang w:val="el-GR"/>
              </w:rPr>
              <w:t>.</w:t>
            </w:r>
            <w:r w:rsidR="00FC1CB4" w:rsidRPr="00FC1CB4">
              <w:rPr>
                <w:sz w:val="24"/>
                <w:szCs w:val="24"/>
              </w:rPr>
              <w:t>com</w:t>
            </w:r>
            <w:r w:rsidR="00FC1CB4" w:rsidRPr="00FC1CB4">
              <w:rPr>
                <w:sz w:val="24"/>
                <w:szCs w:val="24"/>
                <w:lang w:val="el-GR"/>
              </w:rPr>
              <w:t>/)</w:t>
            </w:r>
            <w:r w:rsidR="00FC1CB4" w:rsidRPr="00FC1CB4">
              <w:rPr>
                <w:rFonts w:hint="eastAsia"/>
                <w:sz w:val="24"/>
                <w:szCs w:val="24"/>
                <w:lang w:val="el-GR"/>
              </w:rPr>
              <w:t>➡</w:t>
            </w:r>
            <w:r w:rsidR="00FC1CB4" w:rsidRPr="00FC1CB4">
              <w:rPr>
                <w:sz w:val="24"/>
                <w:szCs w:val="24"/>
                <w:lang w:val="el-GR"/>
              </w:rPr>
              <w:t>Δημιουργία</w:t>
            </w:r>
            <w:r w:rsidR="00E36E65">
              <w:rPr>
                <w:sz w:val="24"/>
                <w:szCs w:val="24"/>
                <w:lang w:val="el-GR"/>
              </w:rPr>
              <w:t xml:space="preserve"> χρονολογικών σειρών</w:t>
            </w:r>
            <w:r w:rsidR="00FC1CB4">
              <w:rPr>
                <w:sz w:val="24"/>
                <w:szCs w:val="24"/>
                <w:lang w:val="el-GR"/>
              </w:rPr>
              <w:t>)</w:t>
            </w:r>
          </w:p>
          <w:p w14:paraId="33072550" w14:textId="1E86B48B" w:rsidR="004D5370" w:rsidRPr="001F0837" w:rsidRDefault="003600DC" w:rsidP="00AC1BDA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7.</w:t>
            </w:r>
            <w:r w:rsidR="00F23B14" w:rsidRPr="001F0837">
              <w:rPr>
                <w:sz w:val="24"/>
                <w:szCs w:val="24"/>
                <w:lang w:val="el-GR"/>
              </w:rPr>
              <w:t xml:space="preserve"> </w:t>
            </w:r>
            <w:r w:rsidR="004D5370" w:rsidRPr="001F0837">
              <w:rPr>
                <w:sz w:val="24"/>
                <w:szCs w:val="24"/>
                <w:lang w:val="el-GR"/>
              </w:rPr>
              <w:t xml:space="preserve">Ρόλος των Μαθητών - Φανταστική Ιστορία: </w:t>
            </w:r>
            <w:r w:rsidR="00D826D2">
              <w:rPr>
                <w:sz w:val="24"/>
                <w:szCs w:val="24"/>
                <w:lang w:val="el-GR"/>
              </w:rPr>
              <w:t xml:space="preserve">Φανταστείτε ότι είστε πρόσφυγες από τη </w:t>
            </w:r>
            <w:proofErr w:type="spellStart"/>
            <w:r w:rsidR="00D826D2">
              <w:rPr>
                <w:sz w:val="24"/>
                <w:szCs w:val="24"/>
                <w:lang w:val="el-GR"/>
              </w:rPr>
              <w:t>Μικρασία</w:t>
            </w:r>
            <w:proofErr w:type="spellEnd"/>
            <w:r w:rsidR="00D826D2">
              <w:rPr>
                <w:sz w:val="24"/>
                <w:szCs w:val="24"/>
                <w:lang w:val="el-GR"/>
              </w:rPr>
              <w:t xml:space="preserve">  και πρέπει να ξεριζωθείτε από την πατρίδα σας και να πάτε σε μια νέα πατρίδα. Ποιες σκέψεις θα σας απασχολούσαν και τι συναισθήματα θα νιώθατε; </w:t>
            </w:r>
          </w:p>
          <w:p w14:paraId="150ADD71" w14:textId="16DD654F" w:rsidR="004D5370" w:rsidRPr="001F0837" w:rsidRDefault="003600DC" w:rsidP="00AC1BDA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8.</w:t>
            </w:r>
            <w:r w:rsidR="00515EDC">
              <w:rPr>
                <w:sz w:val="24"/>
                <w:szCs w:val="24"/>
                <w:lang w:val="el-GR"/>
              </w:rPr>
              <w:t xml:space="preserve"> Χάρτης της Οθωμανικής αυτοκρατορίας</w:t>
            </w:r>
            <w:r w:rsidR="004D5370" w:rsidRPr="001F0837">
              <w:rPr>
                <w:sz w:val="24"/>
                <w:szCs w:val="24"/>
                <w:lang w:val="el-GR"/>
              </w:rPr>
              <w:t xml:space="preserve"> </w:t>
            </w:r>
            <w:r w:rsidR="00515EDC">
              <w:rPr>
                <w:sz w:val="24"/>
                <w:szCs w:val="24"/>
                <w:lang w:val="el-GR"/>
              </w:rPr>
              <w:t xml:space="preserve">και της Ελλάδας </w:t>
            </w:r>
            <w:r w:rsidR="004D5370" w:rsidRPr="001F0837">
              <w:rPr>
                <w:sz w:val="24"/>
                <w:szCs w:val="24"/>
                <w:lang w:val="el-GR"/>
              </w:rPr>
              <w:t>πριν και μετά τον Α' Παγκόσμιο Πόλεμο</w:t>
            </w:r>
            <w:r w:rsidR="00515EDC">
              <w:rPr>
                <w:sz w:val="24"/>
                <w:szCs w:val="24"/>
                <w:lang w:val="el-GR"/>
              </w:rPr>
              <w:t>.</w:t>
            </w:r>
          </w:p>
          <w:p w14:paraId="0CB286BC" w14:textId="73B7193B" w:rsidR="004D5370" w:rsidRPr="00D826D2" w:rsidRDefault="004D5370" w:rsidP="00AC1BDA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1F0837">
              <w:rPr>
                <w:sz w:val="24"/>
                <w:szCs w:val="24"/>
                <w:lang w:val="el-GR"/>
              </w:rPr>
              <w:t>Οι μαθητές συγκρίνουν τα σύνορα και εντοπίζουν τις αλλαγές.</w:t>
            </w:r>
          </w:p>
          <w:p w14:paraId="2D3FF0CF" w14:textId="17ED8759" w:rsidR="00F86B01" w:rsidRDefault="00A919B4" w:rsidP="00AC1BDA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9.</w:t>
            </w:r>
            <w:r w:rsidR="00593024">
              <w:rPr>
                <w:sz w:val="24"/>
                <w:szCs w:val="24"/>
                <w:lang w:val="el-GR"/>
              </w:rPr>
              <w:t xml:space="preserve"> Να παρακολουθήσετε την τ</w:t>
            </w:r>
            <w:r>
              <w:rPr>
                <w:sz w:val="24"/>
                <w:szCs w:val="24"/>
                <w:lang w:val="el-GR"/>
              </w:rPr>
              <w:t>αινία &lt;&lt;Σμύρνη μου αγαπημένη&gt;&gt; και να την παρουσιάσετε στην τ</w:t>
            </w:r>
            <w:r w:rsidR="00EC3384">
              <w:rPr>
                <w:sz w:val="24"/>
                <w:szCs w:val="24"/>
                <w:lang w:val="el-GR"/>
              </w:rPr>
              <w:t>άξη.</w:t>
            </w:r>
          </w:p>
          <w:p w14:paraId="0E8C0B6F" w14:textId="3101436A" w:rsidR="00174C01" w:rsidRPr="008246F0" w:rsidRDefault="00174C01" w:rsidP="00AC1BDA">
            <w:pPr>
              <w:spacing w:line="360" w:lineRule="auto"/>
              <w:rPr>
                <w:b/>
                <w:color w:val="0070C0"/>
                <w:sz w:val="24"/>
                <w:szCs w:val="24"/>
                <w:lang w:val="el-GR"/>
              </w:rPr>
            </w:pPr>
            <w:r w:rsidRPr="00174C01">
              <w:rPr>
                <w:b/>
                <w:sz w:val="24"/>
                <w:szCs w:val="24"/>
                <w:lang w:val="el-GR"/>
              </w:rPr>
              <w:t>10.</w:t>
            </w:r>
            <w:r w:rsidR="004E1587" w:rsidRPr="004E1587">
              <w:rPr>
                <w:lang w:val="el-GR"/>
              </w:rPr>
              <w:t xml:space="preserve"> </w:t>
            </w:r>
            <w:r w:rsidR="004E1587">
              <w:rPr>
                <w:lang w:val="el-GR"/>
              </w:rPr>
              <w:t xml:space="preserve"> Συμπληρώστε το παρακάτω κουίζ με ερωτήσεις πάνω στην ενότητα 38: </w:t>
            </w:r>
            <w:r w:rsidR="004E1587" w:rsidRPr="008246F0">
              <w:rPr>
                <w:b/>
                <w:color w:val="0070C0"/>
                <w:sz w:val="24"/>
                <w:szCs w:val="24"/>
                <w:lang w:val="el-GR"/>
              </w:rPr>
              <w:t>https://quizizz.com/join/quiz/67c18ca23c6d10bdc9a95423/start?studentShare=true&amp;fbclid=IwY2xjawIutP1leHRuA2FlbQIxMAABHeD0I_pRHroEU6X6_wH3xGCQY_zNA4bfvYNtWvbf2ch48omLanqAnSr1sw_aem_n0yDRYVqsDOySi6_nXTvaw</w:t>
            </w:r>
          </w:p>
          <w:p w14:paraId="702B3509" w14:textId="618E9603" w:rsidR="00847258" w:rsidRPr="00847258" w:rsidRDefault="00847258" w:rsidP="00AC1BDA">
            <w:pPr>
              <w:spacing w:line="360" w:lineRule="auto"/>
              <w:rPr>
                <w:b/>
                <w:sz w:val="24"/>
                <w:szCs w:val="24"/>
                <w:lang w:val="el-GR"/>
              </w:rPr>
            </w:pPr>
            <w:r w:rsidRPr="00847258">
              <w:rPr>
                <w:b/>
                <w:sz w:val="24"/>
                <w:szCs w:val="24"/>
                <w:lang w:val="el-GR"/>
              </w:rPr>
              <w:t>Επιλέξτε 4 εργασίες από τις παραπάνω.</w:t>
            </w:r>
          </w:p>
        </w:tc>
      </w:tr>
    </w:tbl>
    <w:p w14:paraId="455E4B90" w14:textId="77777777" w:rsidR="00F8306D" w:rsidRDefault="00F8306D" w:rsidP="00BA6991">
      <w:pPr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</w:p>
    <w:p w14:paraId="33832071" w14:textId="2ACE8057" w:rsidR="00C26DE1" w:rsidRPr="00A40DBE" w:rsidRDefault="00B47F26" w:rsidP="00A40DBE">
      <w:pPr>
        <w:jc w:val="both"/>
        <w:rPr>
          <w:rFonts w:ascii="Times New Roman" w:hAnsi="Times New Roman" w:cs="Times New Roman"/>
          <w:b/>
          <w:bCs/>
          <w:lang w:val="el-GR"/>
        </w:rPr>
      </w:pPr>
      <w:r w:rsidRPr="00B47F26">
        <w:rPr>
          <w:rFonts w:ascii="Times New Roman" w:hAnsi="Times New Roman" w:cs="Times New Roman"/>
          <w:b/>
          <w:bCs/>
          <w:sz w:val="24"/>
          <w:szCs w:val="24"/>
          <w:lang w:val="el-GR"/>
        </w:rPr>
        <w:t>Βιβλιογραφία</w:t>
      </w:r>
    </w:p>
    <w:p w14:paraId="03645711" w14:textId="77777777" w:rsidR="007915C1" w:rsidRPr="007915C1" w:rsidRDefault="007915C1" w:rsidP="007915C1">
      <w:pPr>
        <w:rPr>
          <w:lang w:val="el-GR"/>
        </w:rPr>
      </w:pPr>
      <w:r w:rsidRPr="007915C1">
        <w:rPr>
          <w:b/>
          <w:lang w:val="el-GR"/>
        </w:rPr>
        <w:t>1.</w:t>
      </w:r>
      <w:r w:rsidRPr="007915C1">
        <w:rPr>
          <w:lang w:val="el-GR"/>
        </w:rPr>
        <w:t xml:space="preserve"> </w:t>
      </w:r>
      <w:r w:rsidRPr="007915C1">
        <w:rPr>
          <w:b/>
          <w:lang w:val="el-GR"/>
        </w:rPr>
        <w:t>Σχολικά εγχειρίδια και εκπαιδευτικό υλικό</w:t>
      </w:r>
    </w:p>
    <w:p w14:paraId="3B6CD209" w14:textId="77777777" w:rsidR="007915C1" w:rsidRPr="007915C1" w:rsidRDefault="007915C1" w:rsidP="007915C1">
      <w:pPr>
        <w:rPr>
          <w:lang w:val="el-GR"/>
        </w:rPr>
      </w:pPr>
      <w:r w:rsidRPr="007915C1">
        <w:rPr>
          <w:lang w:val="el-GR"/>
        </w:rPr>
        <w:t>•</w:t>
      </w:r>
      <w:r w:rsidRPr="007915C1">
        <w:rPr>
          <w:lang w:val="el-GR"/>
        </w:rPr>
        <w:tab/>
        <w:t>Ο.Ε.Δ.Β. (2019). Ιστορία Γ' Γυμνασίου: Νεότερη και Σύγχρονη Ιστορία. Υπουργείο Παιδείας και Θρησκευμάτων.</w:t>
      </w:r>
    </w:p>
    <w:p w14:paraId="20D5633A" w14:textId="77777777" w:rsidR="001D35C6" w:rsidRDefault="007915C1" w:rsidP="001D35C6">
      <w:pPr>
        <w:rPr>
          <w:lang w:val="el-GR"/>
        </w:rPr>
      </w:pPr>
      <w:r w:rsidRPr="007915C1">
        <w:rPr>
          <w:lang w:val="el-GR"/>
        </w:rPr>
        <w:t>•</w:t>
      </w:r>
      <w:r w:rsidRPr="007915C1">
        <w:rPr>
          <w:lang w:val="el-GR"/>
        </w:rPr>
        <w:tab/>
        <w:t>Οδηγός Καθηγητή Ιστορίας Γ' Γυμνασίου, Ινστιτούτο Εκπαιδευτικής Πολιτικής (ΙΕΠ).</w:t>
      </w:r>
    </w:p>
    <w:p w14:paraId="61EEB861" w14:textId="354C728D" w:rsidR="008C0C3E" w:rsidRPr="001D35C6" w:rsidRDefault="005F162D" w:rsidP="001D35C6">
      <w:pPr>
        <w:rPr>
          <w:lang w:val="el-GR"/>
        </w:rPr>
      </w:pPr>
      <w:hyperlink r:id="rId21" w:history="1">
        <w:r w:rsidR="008C0C3E" w:rsidRPr="00991A5E">
          <w:rPr>
            <w:rStyle w:val="-"/>
          </w:rPr>
          <w:t>http</w:t>
        </w:r>
        <w:r w:rsidR="008C0C3E" w:rsidRPr="001D35C6">
          <w:rPr>
            <w:rStyle w:val="-"/>
            <w:lang w:val="el-GR"/>
          </w:rPr>
          <w:t>://</w:t>
        </w:r>
        <w:r w:rsidR="008C0C3E" w:rsidRPr="00991A5E">
          <w:rPr>
            <w:rStyle w:val="-"/>
          </w:rPr>
          <w:t>www</w:t>
        </w:r>
        <w:r w:rsidR="008C0C3E" w:rsidRPr="001D35C6">
          <w:rPr>
            <w:rStyle w:val="-"/>
            <w:lang w:val="el-GR"/>
          </w:rPr>
          <w:t>.</w:t>
        </w:r>
        <w:proofErr w:type="spellStart"/>
        <w:r w:rsidR="008C0C3E" w:rsidRPr="00991A5E">
          <w:rPr>
            <w:rStyle w:val="-"/>
          </w:rPr>
          <w:t>venizelos</w:t>
        </w:r>
        <w:proofErr w:type="spellEnd"/>
        <w:r w:rsidR="008C0C3E" w:rsidRPr="001D35C6">
          <w:rPr>
            <w:rStyle w:val="-"/>
            <w:lang w:val="el-GR"/>
          </w:rPr>
          <w:t>-</w:t>
        </w:r>
        <w:r w:rsidR="008C0C3E" w:rsidRPr="00991A5E">
          <w:rPr>
            <w:rStyle w:val="-"/>
          </w:rPr>
          <w:t>foundation</w:t>
        </w:r>
        <w:r w:rsidR="008C0C3E" w:rsidRPr="001D35C6">
          <w:rPr>
            <w:rStyle w:val="-"/>
            <w:lang w:val="el-GR"/>
          </w:rPr>
          <w:t>.</w:t>
        </w:r>
        <w:r w:rsidR="008C0C3E" w:rsidRPr="00991A5E">
          <w:rPr>
            <w:rStyle w:val="-"/>
          </w:rPr>
          <w:t>gr</w:t>
        </w:r>
        <w:r w:rsidR="008C0C3E" w:rsidRPr="001D35C6">
          <w:rPr>
            <w:rStyle w:val="-"/>
            <w:lang w:val="el-GR"/>
          </w:rPr>
          <w:t>/</w:t>
        </w:r>
        <w:r w:rsidR="008C0C3E" w:rsidRPr="00991A5E">
          <w:rPr>
            <w:rStyle w:val="-"/>
          </w:rPr>
          <w:t>images</w:t>
        </w:r>
        <w:r w:rsidR="008C0C3E" w:rsidRPr="001D35C6">
          <w:rPr>
            <w:rStyle w:val="-"/>
            <w:lang w:val="el-GR"/>
          </w:rPr>
          <w:t>/</w:t>
        </w:r>
        <w:r w:rsidR="008C0C3E" w:rsidRPr="00991A5E">
          <w:rPr>
            <w:rStyle w:val="-"/>
          </w:rPr>
          <w:t>content</w:t>
        </w:r>
        <w:r w:rsidR="008C0C3E" w:rsidRPr="001D35C6">
          <w:rPr>
            <w:rStyle w:val="-"/>
            <w:lang w:val="el-GR"/>
          </w:rPr>
          <w:t>/</w:t>
        </w:r>
        <w:r w:rsidR="008C0C3E" w:rsidRPr="00991A5E">
          <w:rPr>
            <w:rStyle w:val="-"/>
          </w:rPr>
          <w:t>content</w:t>
        </w:r>
        <w:r w:rsidR="008C0C3E" w:rsidRPr="001D35C6">
          <w:rPr>
            <w:rStyle w:val="-"/>
            <w:lang w:val="el-GR"/>
          </w:rPr>
          <w:t>/</w:t>
        </w:r>
        <w:proofErr w:type="spellStart"/>
        <w:r w:rsidR="008C0C3E" w:rsidRPr="00991A5E">
          <w:rPr>
            <w:rStyle w:val="-"/>
          </w:rPr>
          <w:t>venizelos</w:t>
        </w:r>
        <w:proofErr w:type="spellEnd"/>
        <w:r w:rsidR="008C0C3E" w:rsidRPr="001D35C6">
          <w:rPr>
            <w:rStyle w:val="-"/>
            <w:lang w:val="el-GR"/>
          </w:rPr>
          <w:t>_</w:t>
        </w:r>
        <w:r w:rsidR="008C0C3E" w:rsidRPr="00991A5E">
          <w:rPr>
            <w:rStyle w:val="-"/>
          </w:rPr>
          <w:t>gymnasium</w:t>
        </w:r>
        <w:r w:rsidR="008C0C3E" w:rsidRPr="001D35C6">
          <w:rPr>
            <w:rStyle w:val="-"/>
            <w:lang w:val="el-GR"/>
          </w:rPr>
          <w:t>.</w:t>
        </w:r>
        <w:proofErr w:type="spellStart"/>
        <w:r w:rsidR="008C0C3E" w:rsidRPr="00991A5E">
          <w:rPr>
            <w:rStyle w:val="-"/>
          </w:rPr>
          <w:t>pdf</w:t>
        </w:r>
        <w:proofErr w:type="spellEnd"/>
      </w:hyperlink>
    </w:p>
    <w:p w14:paraId="7D500382" w14:textId="7DA3226C" w:rsidR="00510C5C" w:rsidRPr="001D35C6" w:rsidRDefault="00510C5C" w:rsidP="001D35C6">
      <w:pPr>
        <w:pStyle w:val="Web"/>
      </w:pPr>
    </w:p>
    <w:p w14:paraId="0E028F20" w14:textId="77777777" w:rsidR="00510C5C" w:rsidRDefault="00510C5C">
      <w:pPr>
        <w:rPr>
          <w:rFonts w:ascii="Times New Roman" w:hAnsi="Times New Roman" w:cs="Times New Roman"/>
          <w:lang w:val="el-GR"/>
        </w:rPr>
      </w:pPr>
    </w:p>
    <w:p w14:paraId="6D5E4BAF" w14:textId="77777777" w:rsidR="00C26DE1" w:rsidRDefault="00C26DE1">
      <w:pPr>
        <w:rPr>
          <w:rFonts w:ascii="Times New Roman" w:hAnsi="Times New Roman" w:cs="Times New Roman"/>
          <w:lang w:val="el-GR"/>
        </w:rPr>
      </w:pPr>
    </w:p>
    <w:bookmarkEnd w:id="0"/>
    <w:p w14:paraId="399C1AD2" w14:textId="77777777" w:rsidR="00C26DE1" w:rsidRPr="00063FEF" w:rsidRDefault="00C26DE1">
      <w:pPr>
        <w:rPr>
          <w:rFonts w:ascii="Times New Roman" w:hAnsi="Times New Roman" w:cs="Times New Roman"/>
          <w:lang w:val="el-GR"/>
        </w:rPr>
      </w:pPr>
    </w:p>
    <w:p w14:paraId="6D95E91E" w14:textId="77777777" w:rsidR="00C26DE1" w:rsidRDefault="00C26DE1">
      <w:pPr>
        <w:rPr>
          <w:rFonts w:ascii="Times New Roman" w:hAnsi="Times New Roman" w:cs="Times New Roman"/>
          <w:lang w:val="el-GR"/>
        </w:rPr>
      </w:pPr>
    </w:p>
    <w:p w14:paraId="15108D06" w14:textId="77777777" w:rsidR="00C26DE1" w:rsidRDefault="00C26DE1">
      <w:pPr>
        <w:rPr>
          <w:rFonts w:ascii="Times New Roman" w:hAnsi="Times New Roman" w:cs="Times New Roman"/>
          <w:lang w:val="el-GR"/>
        </w:rPr>
      </w:pPr>
    </w:p>
    <w:p w14:paraId="6B204EF7" w14:textId="77777777" w:rsidR="00C26DE1" w:rsidRDefault="00C26DE1">
      <w:pPr>
        <w:rPr>
          <w:rFonts w:ascii="Times New Roman" w:hAnsi="Times New Roman" w:cs="Times New Roman"/>
          <w:lang w:val="el-GR"/>
        </w:rPr>
      </w:pPr>
    </w:p>
    <w:p w14:paraId="64ECFCEA" w14:textId="77777777" w:rsidR="00925234" w:rsidRPr="00063FEF" w:rsidRDefault="00925234" w:rsidP="00EC6935">
      <w:pPr>
        <w:pStyle w:val="31"/>
        <w:rPr>
          <w:rStyle w:val="af1"/>
          <w:lang w:val="el-GR"/>
        </w:rPr>
      </w:pPr>
    </w:p>
    <w:p w14:paraId="653A8BDD" w14:textId="38482CA5" w:rsidR="00E435C6" w:rsidRPr="00BA7B70" w:rsidRDefault="00E435C6" w:rsidP="00BA7B70">
      <w:pPr>
        <w:pStyle w:val="21"/>
        <w:rPr>
          <w:lang w:val="el-GR"/>
        </w:rPr>
      </w:pPr>
    </w:p>
    <w:p w14:paraId="29334269" w14:textId="0339DD16" w:rsidR="00925234" w:rsidRPr="00925234" w:rsidRDefault="00925234" w:rsidP="00E435C6">
      <w:pPr>
        <w:rPr>
          <w:rFonts w:ascii="Times New Roman" w:hAnsi="Times New Roman" w:cs="Times New Roman"/>
          <w:lang w:val="el-GR"/>
        </w:rPr>
      </w:pPr>
    </w:p>
    <w:sectPr w:rsidR="00925234" w:rsidRPr="0092523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5C861EE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70D6003"/>
    <w:multiLevelType w:val="hybridMultilevel"/>
    <w:tmpl w:val="28745BCC"/>
    <w:lvl w:ilvl="0" w:tplc="10222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806092"/>
    <w:multiLevelType w:val="hybridMultilevel"/>
    <w:tmpl w:val="3D66DC8C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6F525B7"/>
    <w:multiLevelType w:val="multilevel"/>
    <w:tmpl w:val="154C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056E05"/>
    <w:multiLevelType w:val="hybridMultilevel"/>
    <w:tmpl w:val="C6AC62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E5B6A"/>
    <w:multiLevelType w:val="multilevel"/>
    <w:tmpl w:val="79BA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9434C4"/>
    <w:multiLevelType w:val="multilevel"/>
    <w:tmpl w:val="E778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B61CAD"/>
    <w:multiLevelType w:val="multilevel"/>
    <w:tmpl w:val="A89E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A65D27"/>
    <w:multiLevelType w:val="multilevel"/>
    <w:tmpl w:val="C432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EA24B9"/>
    <w:multiLevelType w:val="hybridMultilevel"/>
    <w:tmpl w:val="19E4B768"/>
    <w:lvl w:ilvl="0" w:tplc="CA7A2A2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C06959"/>
    <w:multiLevelType w:val="hybridMultilevel"/>
    <w:tmpl w:val="A798E634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A610A"/>
    <w:multiLevelType w:val="multilevel"/>
    <w:tmpl w:val="0450E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5E4B62"/>
    <w:multiLevelType w:val="hybridMultilevel"/>
    <w:tmpl w:val="5BECC26A"/>
    <w:lvl w:ilvl="0" w:tplc="171A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023FD1"/>
    <w:multiLevelType w:val="hybridMultilevel"/>
    <w:tmpl w:val="FB06D5DC"/>
    <w:lvl w:ilvl="0" w:tplc="10E8D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C7C9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AD42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42A4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16E9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5681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E03CF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344D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1C0E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9">
    <w:nsid w:val="6F1375BC"/>
    <w:multiLevelType w:val="hybridMultilevel"/>
    <w:tmpl w:val="F6024F40"/>
    <w:lvl w:ilvl="0" w:tplc="04080003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>
    <w:nsid w:val="702B66E0"/>
    <w:multiLevelType w:val="hybridMultilevel"/>
    <w:tmpl w:val="184A4F3C"/>
    <w:lvl w:ilvl="0" w:tplc="10222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6D47B8"/>
    <w:multiLevelType w:val="multilevel"/>
    <w:tmpl w:val="45BA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B056DD"/>
    <w:multiLevelType w:val="multilevel"/>
    <w:tmpl w:val="22BE3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1C4BC3"/>
    <w:multiLevelType w:val="hybridMultilevel"/>
    <w:tmpl w:val="4E2C3E1E"/>
    <w:lvl w:ilvl="0" w:tplc="10E8DC84">
      <w:start w:val="1"/>
      <w:numFmt w:val="bullet"/>
      <w:lvlText w:val="•"/>
      <w:lvlJc w:val="left"/>
      <w:pPr>
        <w:ind w:left="1080" w:hanging="360"/>
      </w:pPr>
      <w:rPr>
        <w:rFonts w:ascii="Corbel" w:hAnsi="Corbe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18"/>
  </w:num>
  <w:num w:numId="8">
    <w:abstractNumId w:val="20"/>
  </w:num>
  <w:num w:numId="9">
    <w:abstractNumId w:val="17"/>
  </w:num>
  <w:num w:numId="10">
    <w:abstractNumId w:val="21"/>
  </w:num>
  <w:num w:numId="11">
    <w:abstractNumId w:val="8"/>
  </w:num>
  <w:num w:numId="12">
    <w:abstractNumId w:val="16"/>
  </w:num>
  <w:num w:numId="13">
    <w:abstractNumId w:val="10"/>
  </w:num>
  <w:num w:numId="14">
    <w:abstractNumId w:val="13"/>
  </w:num>
  <w:num w:numId="15">
    <w:abstractNumId w:val="6"/>
  </w:num>
  <w:num w:numId="16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1"/>
  </w:num>
  <w:num w:numId="19">
    <w:abstractNumId w:val="19"/>
  </w:num>
  <w:num w:numId="20">
    <w:abstractNumId w:val="14"/>
  </w:num>
  <w:num w:numId="21">
    <w:abstractNumId w:val="9"/>
  </w:num>
  <w:num w:numId="22">
    <w:abstractNumId w:val="23"/>
  </w:num>
  <w:num w:numId="23">
    <w:abstractNumId w:val="7"/>
  </w:num>
  <w:num w:numId="24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126FE"/>
    <w:rsid w:val="0002303E"/>
    <w:rsid w:val="00024265"/>
    <w:rsid w:val="00034616"/>
    <w:rsid w:val="00037D05"/>
    <w:rsid w:val="00037EA9"/>
    <w:rsid w:val="00044787"/>
    <w:rsid w:val="000451CB"/>
    <w:rsid w:val="0004789B"/>
    <w:rsid w:val="00054191"/>
    <w:rsid w:val="00057512"/>
    <w:rsid w:val="0006063C"/>
    <w:rsid w:val="00063FEF"/>
    <w:rsid w:val="00065B20"/>
    <w:rsid w:val="0007796B"/>
    <w:rsid w:val="000809EE"/>
    <w:rsid w:val="00080CC7"/>
    <w:rsid w:val="00082FD9"/>
    <w:rsid w:val="00087B54"/>
    <w:rsid w:val="00094D5E"/>
    <w:rsid w:val="000973BE"/>
    <w:rsid w:val="000C332A"/>
    <w:rsid w:val="000D35B1"/>
    <w:rsid w:val="000E2459"/>
    <w:rsid w:val="000F641C"/>
    <w:rsid w:val="001026AE"/>
    <w:rsid w:val="00104A43"/>
    <w:rsid w:val="001102C0"/>
    <w:rsid w:val="00121655"/>
    <w:rsid w:val="0012588D"/>
    <w:rsid w:val="00143F0C"/>
    <w:rsid w:val="00144979"/>
    <w:rsid w:val="0015074B"/>
    <w:rsid w:val="001562B0"/>
    <w:rsid w:val="0016096A"/>
    <w:rsid w:val="0016545F"/>
    <w:rsid w:val="00172C48"/>
    <w:rsid w:val="00174C01"/>
    <w:rsid w:val="0018018B"/>
    <w:rsid w:val="00185DCF"/>
    <w:rsid w:val="00186C28"/>
    <w:rsid w:val="001A27BD"/>
    <w:rsid w:val="001B1C15"/>
    <w:rsid w:val="001B2BFE"/>
    <w:rsid w:val="001C17D2"/>
    <w:rsid w:val="001D35C6"/>
    <w:rsid w:val="001E6DA8"/>
    <w:rsid w:val="001F0458"/>
    <w:rsid w:val="001F0837"/>
    <w:rsid w:val="001F0F1F"/>
    <w:rsid w:val="001F2812"/>
    <w:rsid w:val="001F4D63"/>
    <w:rsid w:val="001F4F0E"/>
    <w:rsid w:val="001F7134"/>
    <w:rsid w:val="0020309F"/>
    <w:rsid w:val="00207DE6"/>
    <w:rsid w:val="00214948"/>
    <w:rsid w:val="002156A0"/>
    <w:rsid w:val="002165C3"/>
    <w:rsid w:val="00223743"/>
    <w:rsid w:val="0023148C"/>
    <w:rsid w:val="00250720"/>
    <w:rsid w:val="00252B65"/>
    <w:rsid w:val="00253278"/>
    <w:rsid w:val="00254467"/>
    <w:rsid w:val="00255FB1"/>
    <w:rsid w:val="00257DD5"/>
    <w:rsid w:val="00262E99"/>
    <w:rsid w:val="002704DD"/>
    <w:rsid w:val="00270C13"/>
    <w:rsid w:val="00283DC4"/>
    <w:rsid w:val="00295443"/>
    <w:rsid w:val="0029639D"/>
    <w:rsid w:val="00296B37"/>
    <w:rsid w:val="00297A6C"/>
    <w:rsid w:val="002A02C6"/>
    <w:rsid w:val="002A13DA"/>
    <w:rsid w:val="002B0CB4"/>
    <w:rsid w:val="002D19E2"/>
    <w:rsid w:val="002D74D8"/>
    <w:rsid w:val="002E1635"/>
    <w:rsid w:val="002E1AA1"/>
    <w:rsid w:val="002E3ED6"/>
    <w:rsid w:val="002E7243"/>
    <w:rsid w:val="002F384B"/>
    <w:rsid w:val="003021C1"/>
    <w:rsid w:val="00304A6A"/>
    <w:rsid w:val="00315450"/>
    <w:rsid w:val="00320DEC"/>
    <w:rsid w:val="00326F90"/>
    <w:rsid w:val="00340473"/>
    <w:rsid w:val="0034118F"/>
    <w:rsid w:val="003441DB"/>
    <w:rsid w:val="00350BF2"/>
    <w:rsid w:val="00357AB0"/>
    <w:rsid w:val="003600DC"/>
    <w:rsid w:val="0036063E"/>
    <w:rsid w:val="00365899"/>
    <w:rsid w:val="00377D1A"/>
    <w:rsid w:val="0038153E"/>
    <w:rsid w:val="003A7D75"/>
    <w:rsid w:val="003B3B9B"/>
    <w:rsid w:val="003C036B"/>
    <w:rsid w:val="003E22B9"/>
    <w:rsid w:val="003F1027"/>
    <w:rsid w:val="003F696E"/>
    <w:rsid w:val="004044D9"/>
    <w:rsid w:val="004122F5"/>
    <w:rsid w:val="004138E3"/>
    <w:rsid w:val="00424F19"/>
    <w:rsid w:val="00424F9C"/>
    <w:rsid w:val="00430100"/>
    <w:rsid w:val="004338E0"/>
    <w:rsid w:val="00460F40"/>
    <w:rsid w:val="00460F88"/>
    <w:rsid w:val="004638D7"/>
    <w:rsid w:val="00485151"/>
    <w:rsid w:val="0049643D"/>
    <w:rsid w:val="004A0B2D"/>
    <w:rsid w:val="004A7721"/>
    <w:rsid w:val="004B587F"/>
    <w:rsid w:val="004C07C6"/>
    <w:rsid w:val="004D3639"/>
    <w:rsid w:val="004D5370"/>
    <w:rsid w:val="004E1587"/>
    <w:rsid w:val="004E2947"/>
    <w:rsid w:val="004F3C04"/>
    <w:rsid w:val="005003EB"/>
    <w:rsid w:val="00510C5C"/>
    <w:rsid w:val="0051123C"/>
    <w:rsid w:val="005139B6"/>
    <w:rsid w:val="00515EDC"/>
    <w:rsid w:val="00520263"/>
    <w:rsid w:val="00521B49"/>
    <w:rsid w:val="0054414D"/>
    <w:rsid w:val="00545622"/>
    <w:rsid w:val="0054697A"/>
    <w:rsid w:val="005503F8"/>
    <w:rsid w:val="00553819"/>
    <w:rsid w:val="00556C41"/>
    <w:rsid w:val="00557903"/>
    <w:rsid w:val="005711B8"/>
    <w:rsid w:val="00573BC7"/>
    <w:rsid w:val="005758EE"/>
    <w:rsid w:val="0058286E"/>
    <w:rsid w:val="0058708A"/>
    <w:rsid w:val="005872FC"/>
    <w:rsid w:val="00593024"/>
    <w:rsid w:val="00596024"/>
    <w:rsid w:val="00596929"/>
    <w:rsid w:val="005A19D1"/>
    <w:rsid w:val="005A538F"/>
    <w:rsid w:val="005A5858"/>
    <w:rsid w:val="005B34C5"/>
    <w:rsid w:val="005C3B29"/>
    <w:rsid w:val="005C5D2F"/>
    <w:rsid w:val="005E739A"/>
    <w:rsid w:val="005F162D"/>
    <w:rsid w:val="005F1F04"/>
    <w:rsid w:val="005F4495"/>
    <w:rsid w:val="00601F6B"/>
    <w:rsid w:val="00605D8C"/>
    <w:rsid w:val="00607404"/>
    <w:rsid w:val="006144DF"/>
    <w:rsid w:val="00624B91"/>
    <w:rsid w:val="00632303"/>
    <w:rsid w:val="006352BE"/>
    <w:rsid w:val="00635788"/>
    <w:rsid w:val="0065296E"/>
    <w:rsid w:val="00671163"/>
    <w:rsid w:val="00683A4F"/>
    <w:rsid w:val="006910F4"/>
    <w:rsid w:val="00694DC5"/>
    <w:rsid w:val="006A312F"/>
    <w:rsid w:val="006B56C8"/>
    <w:rsid w:val="006D1CD6"/>
    <w:rsid w:val="006D35B8"/>
    <w:rsid w:val="006E5D7D"/>
    <w:rsid w:val="006F061C"/>
    <w:rsid w:val="006F7E35"/>
    <w:rsid w:val="007036B2"/>
    <w:rsid w:val="007041B0"/>
    <w:rsid w:val="00711BF8"/>
    <w:rsid w:val="007231DC"/>
    <w:rsid w:val="00725366"/>
    <w:rsid w:val="0074116E"/>
    <w:rsid w:val="0074503F"/>
    <w:rsid w:val="00750ED0"/>
    <w:rsid w:val="007522F6"/>
    <w:rsid w:val="00760574"/>
    <w:rsid w:val="00770519"/>
    <w:rsid w:val="0077384C"/>
    <w:rsid w:val="007831CC"/>
    <w:rsid w:val="007851EA"/>
    <w:rsid w:val="007915C1"/>
    <w:rsid w:val="007956C5"/>
    <w:rsid w:val="007A75DB"/>
    <w:rsid w:val="007B1E70"/>
    <w:rsid w:val="007C33E9"/>
    <w:rsid w:val="007D1285"/>
    <w:rsid w:val="007D26DA"/>
    <w:rsid w:val="00802166"/>
    <w:rsid w:val="00803C3A"/>
    <w:rsid w:val="00805D9B"/>
    <w:rsid w:val="00811FDC"/>
    <w:rsid w:val="008159DD"/>
    <w:rsid w:val="00823DC3"/>
    <w:rsid w:val="008241EE"/>
    <w:rsid w:val="008246F0"/>
    <w:rsid w:val="00827089"/>
    <w:rsid w:val="00827518"/>
    <w:rsid w:val="00834CB0"/>
    <w:rsid w:val="00842619"/>
    <w:rsid w:val="00842D9F"/>
    <w:rsid w:val="00847258"/>
    <w:rsid w:val="00861DFC"/>
    <w:rsid w:val="00865BF4"/>
    <w:rsid w:val="00865F27"/>
    <w:rsid w:val="00867562"/>
    <w:rsid w:val="00871023"/>
    <w:rsid w:val="00872FC8"/>
    <w:rsid w:val="008747BD"/>
    <w:rsid w:val="00883DFF"/>
    <w:rsid w:val="00887C21"/>
    <w:rsid w:val="008914D7"/>
    <w:rsid w:val="0089263D"/>
    <w:rsid w:val="00893822"/>
    <w:rsid w:val="008B113D"/>
    <w:rsid w:val="008C0C3E"/>
    <w:rsid w:val="008D2A9F"/>
    <w:rsid w:val="008D5764"/>
    <w:rsid w:val="008D7576"/>
    <w:rsid w:val="008E4749"/>
    <w:rsid w:val="008E5B8F"/>
    <w:rsid w:val="00901D6A"/>
    <w:rsid w:val="009169E8"/>
    <w:rsid w:val="00925234"/>
    <w:rsid w:val="0092667D"/>
    <w:rsid w:val="0094010F"/>
    <w:rsid w:val="00943D0C"/>
    <w:rsid w:val="00946A83"/>
    <w:rsid w:val="00952F82"/>
    <w:rsid w:val="009547C7"/>
    <w:rsid w:val="00956078"/>
    <w:rsid w:val="00966D8E"/>
    <w:rsid w:val="009671E0"/>
    <w:rsid w:val="00970DA2"/>
    <w:rsid w:val="009713A4"/>
    <w:rsid w:val="0098006D"/>
    <w:rsid w:val="009803F9"/>
    <w:rsid w:val="00993CCA"/>
    <w:rsid w:val="00997656"/>
    <w:rsid w:val="009B4786"/>
    <w:rsid w:val="009D62FD"/>
    <w:rsid w:val="009E10B0"/>
    <w:rsid w:val="009E6D3A"/>
    <w:rsid w:val="00A07E59"/>
    <w:rsid w:val="00A13DA1"/>
    <w:rsid w:val="00A31061"/>
    <w:rsid w:val="00A34813"/>
    <w:rsid w:val="00A40DBE"/>
    <w:rsid w:val="00A541A2"/>
    <w:rsid w:val="00A56063"/>
    <w:rsid w:val="00A61F86"/>
    <w:rsid w:val="00A70392"/>
    <w:rsid w:val="00A80452"/>
    <w:rsid w:val="00A85F73"/>
    <w:rsid w:val="00A919B4"/>
    <w:rsid w:val="00AA1D8D"/>
    <w:rsid w:val="00AA4FF0"/>
    <w:rsid w:val="00AB05A3"/>
    <w:rsid w:val="00AC1BDA"/>
    <w:rsid w:val="00AC691E"/>
    <w:rsid w:val="00AC6F63"/>
    <w:rsid w:val="00AE4211"/>
    <w:rsid w:val="00B239CB"/>
    <w:rsid w:val="00B32B38"/>
    <w:rsid w:val="00B47730"/>
    <w:rsid w:val="00B47F26"/>
    <w:rsid w:val="00B640F8"/>
    <w:rsid w:val="00B66715"/>
    <w:rsid w:val="00B71A17"/>
    <w:rsid w:val="00B721D1"/>
    <w:rsid w:val="00B725F6"/>
    <w:rsid w:val="00B75E6D"/>
    <w:rsid w:val="00B80971"/>
    <w:rsid w:val="00B90055"/>
    <w:rsid w:val="00BA1584"/>
    <w:rsid w:val="00BA4E4F"/>
    <w:rsid w:val="00BA6991"/>
    <w:rsid w:val="00BA7B70"/>
    <w:rsid w:val="00BB0721"/>
    <w:rsid w:val="00BB6EEF"/>
    <w:rsid w:val="00BD0BB7"/>
    <w:rsid w:val="00BF638C"/>
    <w:rsid w:val="00C006EE"/>
    <w:rsid w:val="00C03DEC"/>
    <w:rsid w:val="00C17E01"/>
    <w:rsid w:val="00C2311D"/>
    <w:rsid w:val="00C26DE1"/>
    <w:rsid w:val="00C33946"/>
    <w:rsid w:val="00C35FB8"/>
    <w:rsid w:val="00C36458"/>
    <w:rsid w:val="00C41985"/>
    <w:rsid w:val="00C51279"/>
    <w:rsid w:val="00C57E85"/>
    <w:rsid w:val="00C62D2D"/>
    <w:rsid w:val="00C754EF"/>
    <w:rsid w:val="00C871C9"/>
    <w:rsid w:val="00CA0C72"/>
    <w:rsid w:val="00CA10E2"/>
    <w:rsid w:val="00CB0664"/>
    <w:rsid w:val="00CB0679"/>
    <w:rsid w:val="00CB5DD5"/>
    <w:rsid w:val="00CC2482"/>
    <w:rsid w:val="00CD74E4"/>
    <w:rsid w:val="00CE2FDB"/>
    <w:rsid w:val="00CE7A79"/>
    <w:rsid w:val="00CF6A3D"/>
    <w:rsid w:val="00D071FB"/>
    <w:rsid w:val="00D16731"/>
    <w:rsid w:val="00D16F60"/>
    <w:rsid w:val="00D2169B"/>
    <w:rsid w:val="00D30E08"/>
    <w:rsid w:val="00D4019B"/>
    <w:rsid w:val="00D46201"/>
    <w:rsid w:val="00D47C85"/>
    <w:rsid w:val="00D505D1"/>
    <w:rsid w:val="00D524B8"/>
    <w:rsid w:val="00D52AC7"/>
    <w:rsid w:val="00D55506"/>
    <w:rsid w:val="00D5556D"/>
    <w:rsid w:val="00D73901"/>
    <w:rsid w:val="00D74A4D"/>
    <w:rsid w:val="00D826D2"/>
    <w:rsid w:val="00D83A92"/>
    <w:rsid w:val="00D84BC7"/>
    <w:rsid w:val="00D92DD6"/>
    <w:rsid w:val="00DA043C"/>
    <w:rsid w:val="00DB0F51"/>
    <w:rsid w:val="00DB4A3F"/>
    <w:rsid w:val="00DC3523"/>
    <w:rsid w:val="00DC529F"/>
    <w:rsid w:val="00DD0E0D"/>
    <w:rsid w:val="00DD61F4"/>
    <w:rsid w:val="00DF05F2"/>
    <w:rsid w:val="00DF11C4"/>
    <w:rsid w:val="00DF230E"/>
    <w:rsid w:val="00DF671C"/>
    <w:rsid w:val="00E015E3"/>
    <w:rsid w:val="00E16428"/>
    <w:rsid w:val="00E177B7"/>
    <w:rsid w:val="00E20306"/>
    <w:rsid w:val="00E22E8C"/>
    <w:rsid w:val="00E2568F"/>
    <w:rsid w:val="00E31FB7"/>
    <w:rsid w:val="00E3243E"/>
    <w:rsid w:val="00E33CD8"/>
    <w:rsid w:val="00E36E65"/>
    <w:rsid w:val="00E417D2"/>
    <w:rsid w:val="00E435C6"/>
    <w:rsid w:val="00E43B66"/>
    <w:rsid w:val="00E7125D"/>
    <w:rsid w:val="00E71CAD"/>
    <w:rsid w:val="00E80CFC"/>
    <w:rsid w:val="00E83B80"/>
    <w:rsid w:val="00E85759"/>
    <w:rsid w:val="00E9094D"/>
    <w:rsid w:val="00E918C4"/>
    <w:rsid w:val="00E93884"/>
    <w:rsid w:val="00EA5045"/>
    <w:rsid w:val="00EA6248"/>
    <w:rsid w:val="00EB091D"/>
    <w:rsid w:val="00EB3BE7"/>
    <w:rsid w:val="00EC3384"/>
    <w:rsid w:val="00EC359E"/>
    <w:rsid w:val="00EC6935"/>
    <w:rsid w:val="00ED045A"/>
    <w:rsid w:val="00ED1772"/>
    <w:rsid w:val="00EE700C"/>
    <w:rsid w:val="00EF3787"/>
    <w:rsid w:val="00F05035"/>
    <w:rsid w:val="00F05C14"/>
    <w:rsid w:val="00F07819"/>
    <w:rsid w:val="00F07CD8"/>
    <w:rsid w:val="00F14B34"/>
    <w:rsid w:val="00F23B14"/>
    <w:rsid w:val="00F25C33"/>
    <w:rsid w:val="00F264F5"/>
    <w:rsid w:val="00F31506"/>
    <w:rsid w:val="00F35C47"/>
    <w:rsid w:val="00F3732D"/>
    <w:rsid w:val="00F417E9"/>
    <w:rsid w:val="00F46CC1"/>
    <w:rsid w:val="00F5005F"/>
    <w:rsid w:val="00F57E78"/>
    <w:rsid w:val="00F64250"/>
    <w:rsid w:val="00F72B39"/>
    <w:rsid w:val="00F8306D"/>
    <w:rsid w:val="00F86B01"/>
    <w:rsid w:val="00F94D73"/>
    <w:rsid w:val="00F95340"/>
    <w:rsid w:val="00FB43B0"/>
    <w:rsid w:val="00FB461E"/>
    <w:rsid w:val="00FC1CB4"/>
    <w:rsid w:val="00FC5D46"/>
    <w:rsid w:val="00FC693F"/>
    <w:rsid w:val="00FD48AD"/>
    <w:rsid w:val="00FE097D"/>
    <w:rsid w:val="00FE5489"/>
    <w:rsid w:val="00FE576B"/>
    <w:rsid w:val="00FF09FB"/>
    <w:rsid w:val="00FF2E02"/>
    <w:rsid w:val="00FF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E499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Τίτλος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Υπότιτλος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Σώμα κειμένου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Κείμενο μακροεντολής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Απόσπασμα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Επικεφαλίδα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Επικεφαλίδα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εισαγωγικό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-">
    <w:name w:val="Hyperlink"/>
    <w:basedOn w:val="a2"/>
    <w:uiPriority w:val="99"/>
    <w:unhideWhenUsed/>
    <w:rsid w:val="002165C3"/>
    <w:rPr>
      <w:color w:val="0000FF" w:themeColor="hyperlink"/>
      <w:u w:val="single"/>
    </w:rPr>
  </w:style>
  <w:style w:type="character" w:customStyle="1" w:styleId="13">
    <w:name w:val="Ανεπίλυτη αναφορά1"/>
    <w:basedOn w:val="a2"/>
    <w:uiPriority w:val="99"/>
    <w:semiHidden/>
    <w:unhideWhenUsed/>
    <w:rsid w:val="002165C3"/>
    <w:rPr>
      <w:color w:val="605E5C"/>
      <w:shd w:val="clear" w:color="auto" w:fill="E1DFDD"/>
    </w:rPr>
  </w:style>
  <w:style w:type="character" w:styleId="-0">
    <w:name w:val="FollowedHyperlink"/>
    <w:basedOn w:val="a2"/>
    <w:uiPriority w:val="99"/>
    <w:semiHidden/>
    <w:unhideWhenUsed/>
    <w:rsid w:val="00997656"/>
    <w:rPr>
      <w:color w:val="800080" w:themeColor="followedHyperlink"/>
      <w:u w:val="single"/>
    </w:rPr>
  </w:style>
  <w:style w:type="paragraph" w:styleId="aff2">
    <w:name w:val="Balloon Text"/>
    <w:basedOn w:val="a1"/>
    <w:link w:val="Char7"/>
    <w:uiPriority w:val="99"/>
    <w:semiHidden/>
    <w:unhideWhenUsed/>
    <w:rsid w:val="0015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Κείμενο πλαισίου Char"/>
    <w:basedOn w:val="a2"/>
    <w:link w:val="aff2"/>
    <w:uiPriority w:val="99"/>
    <w:semiHidden/>
    <w:rsid w:val="001562B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2"/>
    <w:uiPriority w:val="99"/>
    <w:semiHidden/>
    <w:unhideWhenUsed/>
    <w:rsid w:val="0007796B"/>
    <w:rPr>
      <w:color w:val="605E5C"/>
      <w:shd w:val="clear" w:color="auto" w:fill="E1DFDD"/>
    </w:rPr>
  </w:style>
  <w:style w:type="paragraph" w:styleId="Web">
    <w:name w:val="Normal (Web)"/>
    <w:basedOn w:val="a1"/>
    <w:uiPriority w:val="99"/>
    <w:unhideWhenUsed/>
    <w:rsid w:val="00F31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Τίτλος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Υπότιτλος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Σώμα κειμένου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Κείμενο μακροεντολής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Απόσπασμα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Επικεφαλίδα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Επικεφαλίδα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εισαγωγικό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-">
    <w:name w:val="Hyperlink"/>
    <w:basedOn w:val="a2"/>
    <w:uiPriority w:val="99"/>
    <w:unhideWhenUsed/>
    <w:rsid w:val="002165C3"/>
    <w:rPr>
      <w:color w:val="0000FF" w:themeColor="hyperlink"/>
      <w:u w:val="single"/>
    </w:rPr>
  </w:style>
  <w:style w:type="character" w:customStyle="1" w:styleId="13">
    <w:name w:val="Ανεπίλυτη αναφορά1"/>
    <w:basedOn w:val="a2"/>
    <w:uiPriority w:val="99"/>
    <w:semiHidden/>
    <w:unhideWhenUsed/>
    <w:rsid w:val="002165C3"/>
    <w:rPr>
      <w:color w:val="605E5C"/>
      <w:shd w:val="clear" w:color="auto" w:fill="E1DFDD"/>
    </w:rPr>
  </w:style>
  <w:style w:type="character" w:styleId="-0">
    <w:name w:val="FollowedHyperlink"/>
    <w:basedOn w:val="a2"/>
    <w:uiPriority w:val="99"/>
    <w:semiHidden/>
    <w:unhideWhenUsed/>
    <w:rsid w:val="00997656"/>
    <w:rPr>
      <w:color w:val="800080" w:themeColor="followedHyperlink"/>
      <w:u w:val="single"/>
    </w:rPr>
  </w:style>
  <w:style w:type="paragraph" w:styleId="aff2">
    <w:name w:val="Balloon Text"/>
    <w:basedOn w:val="a1"/>
    <w:link w:val="Char7"/>
    <w:uiPriority w:val="99"/>
    <w:semiHidden/>
    <w:unhideWhenUsed/>
    <w:rsid w:val="0015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Κείμενο πλαισίου Char"/>
    <w:basedOn w:val="a2"/>
    <w:link w:val="aff2"/>
    <w:uiPriority w:val="99"/>
    <w:semiHidden/>
    <w:rsid w:val="001562B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2"/>
    <w:uiPriority w:val="99"/>
    <w:semiHidden/>
    <w:unhideWhenUsed/>
    <w:rsid w:val="0007796B"/>
    <w:rPr>
      <w:color w:val="605E5C"/>
      <w:shd w:val="clear" w:color="auto" w:fill="E1DFDD"/>
    </w:rPr>
  </w:style>
  <w:style w:type="paragraph" w:styleId="Web">
    <w:name w:val="Normal (Web)"/>
    <w:basedOn w:val="a1"/>
    <w:uiPriority w:val="99"/>
    <w:unhideWhenUsed/>
    <w:rsid w:val="00F31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29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0.jpeg"/><Relationship Id="rId3" Type="http://schemas.openxmlformats.org/officeDocument/2006/relationships/styles" Target="styles.xml"/><Relationship Id="rId21" Type="http://schemas.openxmlformats.org/officeDocument/2006/relationships/hyperlink" Target="http://www.venizelos-foundation.gr/images/content/content/venizelos_gymnasium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docs.google.com/forms/d/e/1FAIpQLSfmASv5hZwHzNKQxZCGQxw_hj9kVR4cj5jgaD9-QpJay2LWxQ/viewfor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6234C9-BAC2-408D-8BF1-1C0F80B1F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2128</Words>
  <Characters>11494</Characters>
  <Application>Microsoft Office Word</Application>
  <DocSecurity>0</DocSecurity>
  <Lines>95</Lines>
  <Paragraphs>27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USER</cp:lastModifiedBy>
  <cp:revision>23</cp:revision>
  <cp:lastPrinted>2024-11-29T19:50:00Z</cp:lastPrinted>
  <dcterms:created xsi:type="dcterms:W3CDTF">2025-03-03T19:31:00Z</dcterms:created>
  <dcterms:modified xsi:type="dcterms:W3CDTF">2025-03-06T20:45:00Z</dcterms:modified>
</cp:coreProperties>
</file>